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A98ED" w14:textId="0AAED73A" w:rsidR="00C96BA4" w:rsidRDefault="00F961FD">
      <w:pPr>
        <w:pStyle w:val="Ttulo"/>
      </w:pPr>
      <w:r>
        <w:rPr>
          <w:noProof/>
        </w:rPr>
        <w:drawing>
          <wp:inline distT="0" distB="0" distL="0" distR="0" wp14:anchorId="700285E8" wp14:editId="2C246120">
            <wp:extent cx="5486400" cy="2915920"/>
            <wp:effectExtent l="0" t="0" r="0" b="0"/>
            <wp:docPr id="2089922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22311" name="Imagen 2089922311"/>
                    <pic:cNvPicPr/>
                  </pic:nvPicPr>
                  <pic:blipFill>
                    <a:blip r:embed="rId8"/>
                    <a:stretch>
                      <a:fillRect/>
                    </a:stretch>
                  </pic:blipFill>
                  <pic:spPr>
                    <a:xfrm>
                      <a:off x="0" y="0"/>
                      <a:ext cx="5486400" cy="2915920"/>
                    </a:xfrm>
                    <a:prstGeom prst="rect">
                      <a:avLst/>
                    </a:prstGeom>
                  </pic:spPr>
                </pic:pic>
              </a:graphicData>
            </a:graphic>
          </wp:inline>
        </w:drawing>
      </w:r>
    </w:p>
    <w:p w14:paraId="39C98D52" w14:textId="77777777" w:rsidR="00C96BA4" w:rsidRDefault="00000000">
      <w:pPr>
        <w:pStyle w:val="Ttulo1"/>
      </w:pPr>
      <w:r>
        <w:t>BTL &amp; BRAND EXPERIENCE 2026</w:t>
      </w:r>
    </w:p>
    <w:p w14:paraId="043F58BC" w14:textId="77777777" w:rsidR="00C96BA4" w:rsidRDefault="00000000">
      <w:pPr>
        <w:pStyle w:val="Subttulo"/>
      </w:pPr>
      <w:r>
        <w:t>Cuestionario editable para preparación interna de la participación</w:t>
      </w:r>
    </w:p>
    <w:p w14:paraId="0D3BE4E3" w14:textId="77777777" w:rsidR="00C96BA4" w:rsidRDefault="00000000">
      <w:r>
        <w:t>Periodo evaluado: 1 de octubre de 2025 al 30 de septiembre de 2026.</w:t>
      </w:r>
      <w:r>
        <w:br/>
        <w:t>Registro: 12 al 31 de octubre de 2026 · Publicación: 16 de noviembre de 2026.</w:t>
      </w:r>
      <w:r>
        <w:br/>
        <w:t>Participación sin costo.</w:t>
      </w:r>
    </w:p>
    <w:p w14:paraId="4DC8A1F8" w14:textId="77777777" w:rsidR="00C96BA4" w:rsidRDefault="00000000">
      <w:pPr>
        <w:pStyle w:val="Ttulo1"/>
      </w:pPr>
      <w:r>
        <w:t>Instrucciones para la agencia</w:t>
      </w:r>
    </w:p>
    <w:p w14:paraId="24FA8834" w14:textId="77777777" w:rsidR="00C96BA4" w:rsidRDefault="00000000">
      <w:r>
        <w:t>Este documento puede circular entre las áreas de la agencia para preparar las respuestas. Una vez completo, la información deberá enviarse mediante el formulario oficial del sitio web de Roastbrief. Llenar este Word no constituye una inscripción. El primer caso de éxito es obligatorio; los casos 2 y 3 son opcionales. Conservar evidencias y autorizaciones de clientes. Los campos señalados como obligatorios deben completarse.</w:t>
      </w:r>
    </w:p>
    <w:p w14:paraId="3A47F5F4" w14:textId="77777777" w:rsidR="00C96BA4" w:rsidRDefault="00000000">
      <w:pPr>
        <w:pStyle w:val="Ttulo1"/>
      </w:pPr>
      <w:r>
        <w:t>INFORMACIÓN GENERAL</w:t>
      </w:r>
    </w:p>
    <w:p w14:paraId="75B35AEB" w14:textId="77777777" w:rsidR="00C96BA4" w:rsidRDefault="00000000">
      <w:pPr>
        <w:keepNext/>
      </w:pPr>
      <w:r>
        <w:rPr>
          <w:b/>
        </w:rPr>
        <w:t>1. Nombre comercial de la agencia</w:t>
      </w:r>
    </w:p>
    <w:p w14:paraId="7CB3DBEF" w14:textId="77777777" w:rsidR="00C96BA4" w:rsidRDefault="00000000">
      <w:pPr>
        <w:pStyle w:val="Descripcin"/>
      </w:pPr>
      <w:r>
        <w:t>Tipo: Texto  |  Obligatorio</w:t>
      </w:r>
    </w:p>
    <w:p w14:paraId="1B0955B0" w14:textId="77777777" w:rsidR="00C96BA4" w:rsidRDefault="00000000">
      <w:r>
        <w:t>Nota: Se publica junto con la posición en el ranking</w:t>
      </w:r>
    </w:p>
    <w:p w14:paraId="50291023" w14:textId="77777777" w:rsidR="00C96BA4" w:rsidRDefault="00000000">
      <w:r>
        <w:t>Respuesta: __________________________________________________________</w:t>
      </w:r>
    </w:p>
    <w:p w14:paraId="525CE854" w14:textId="77777777" w:rsidR="00C96BA4" w:rsidRDefault="00000000">
      <w:r>
        <w:t>_____________________________________________________________________</w:t>
      </w:r>
    </w:p>
    <w:p w14:paraId="5149C1A5" w14:textId="77777777" w:rsidR="00C96BA4" w:rsidRDefault="00000000">
      <w:pPr>
        <w:keepNext/>
      </w:pPr>
      <w:r>
        <w:rPr>
          <w:b/>
        </w:rPr>
        <w:t>2. Razón social</w:t>
      </w:r>
    </w:p>
    <w:p w14:paraId="1596BCB2" w14:textId="77777777" w:rsidR="00C96BA4" w:rsidRDefault="00000000">
      <w:pPr>
        <w:pStyle w:val="Descripcin"/>
      </w:pPr>
      <w:r>
        <w:t>Tipo: Texto  |  Obligatorio</w:t>
      </w:r>
    </w:p>
    <w:p w14:paraId="52D1C5C4" w14:textId="77777777" w:rsidR="00C96BA4" w:rsidRDefault="00000000">
      <w:r>
        <w:t>Respuesta: __________________________________________________________</w:t>
      </w:r>
    </w:p>
    <w:p w14:paraId="549CC685" w14:textId="77777777" w:rsidR="00C96BA4" w:rsidRDefault="00000000">
      <w:r>
        <w:t>_____________________________________________________________________</w:t>
      </w:r>
    </w:p>
    <w:p w14:paraId="1D78BFC0" w14:textId="77777777" w:rsidR="00C96BA4" w:rsidRDefault="00000000">
      <w:pPr>
        <w:keepNext/>
      </w:pPr>
      <w:r>
        <w:rPr>
          <w:b/>
        </w:rPr>
        <w:lastRenderedPageBreak/>
        <w:t>3. Año de inicio de operaciones</w:t>
      </w:r>
    </w:p>
    <w:p w14:paraId="3C60DDA6" w14:textId="77777777" w:rsidR="00C96BA4" w:rsidRDefault="00000000">
      <w:pPr>
        <w:pStyle w:val="Descripcin"/>
      </w:pPr>
      <w:r>
        <w:t>Tipo: Año  |  Obligatorio</w:t>
      </w:r>
    </w:p>
    <w:p w14:paraId="6B240C48" w14:textId="77777777" w:rsidR="00C96BA4" w:rsidRDefault="00000000">
      <w:r>
        <w:t>Nota: Si responde 2024, solicitar mes. Elegible solo si inició operaciones antes del 1 de octubre de 2024; si no, mostrar aviso de no elegibilidad</w:t>
      </w:r>
    </w:p>
    <w:p w14:paraId="60F82455" w14:textId="77777777" w:rsidR="00C96BA4" w:rsidRDefault="00000000">
      <w:r>
        <w:t>Respuesta: __________________________________________________________</w:t>
      </w:r>
    </w:p>
    <w:p w14:paraId="2A96CC96" w14:textId="77777777" w:rsidR="00C96BA4" w:rsidRDefault="00000000">
      <w:pPr>
        <w:keepNext/>
      </w:pPr>
      <w:r>
        <w:rPr>
          <w:b/>
        </w:rPr>
        <w:t>4. Ciudad de la oficina principal en México</w:t>
      </w:r>
    </w:p>
    <w:p w14:paraId="76336C0F" w14:textId="77777777" w:rsidR="00C96BA4" w:rsidRDefault="00000000">
      <w:pPr>
        <w:pStyle w:val="Descripcin"/>
      </w:pPr>
      <w:r>
        <w:t>Tipo: Texto  |  Obligatorio</w:t>
      </w:r>
    </w:p>
    <w:p w14:paraId="2DC565EC" w14:textId="77777777" w:rsidR="00C96BA4" w:rsidRDefault="00000000">
      <w:r>
        <w:t>Nota: Requisito: al menos una oficina en México. Permitir agregar otras oficinas (opcional)</w:t>
      </w:r>
    </w:p>
    <w:p w14:paraId="08E3ECEC" w14:textId="77777777" w:rsidR="00C96BA4" w:rsidRDefault="00000000">
      <w:r>
        <w:t>Respuesta: __________________________________________________________</w:t>
      </w:r>
    </w:p>
    <w:p w14:paraId="2B04D993" w14:textId="77777777" w:rsidR="00C96BA4" w:rsidRDefault="00000000">
      <w:r>
        <w:t>_____________________________________________________________________</w:t>
      </w:r>
    </w:p>
    <w:p w14:paraId="741BACF3" w14:textId="77777777" w:rsidR="00C96BA4" w:rsidRDefault="00000000">
      <w:pPr>
        <w:keepNext/>
      </w:pPr>
      <w:r>
        <w:rPr>
          <w:b/>
        </w:rPr>
        <w:t>5. Sitio web</w:t>
      </w:r>
    </w:p>
    <w:p w14:paraId="64C6CA3B" w14:textId="77777777" w:rsidR="00C96BA4" w:rsidRDefault="00000000">
      <w:pPr>
        <w:pStyle w:val="Descripcin"/>
      </w:pPr>
      <w:r>
        <w:t>Tipo: URL  |  Obligatorio</w:t>
      </w:r>
    </w:p>
    <w:p w14:paraId="39491F43" w14:textId="77777777" w:rsidR="00C96BA4" w:rsidRDefault="00000000">
      <w:r>
        <w:t>Respuesta: __________________________________________________________</w:t>
      </w:r>
    </w:p>
    <w:p w14:paraId="45412169" w14:textId="77777777" w:rsidR="00C96BA4" w:rsidRDefault="00000000">
      <w:r>
        <w:t>_____________________________________________________________________</w:t>
      </w:r>
    </w:p>
    <w:p w14:paraId="6EAB8B57" w14:textId="77777777" w:rsidR="00C96BA4" w:rsidRDefault="00000000">
      <w:pPr>
        <w:keepNext/>
      </w:pPr>
      <w:r>
        <w:rPr>
          <w:b/>
        </w:rPr>
        <w:t>6. Redes sociales de la agencia</w:t>
      </w:r>
    </w:p>
    <w:p w14:paraId="460D6C69" w14:textId="77777777" w:rsidR="00C96BA4" w:rsidRDefault="00000000">
      <w:pPr>
        <w:pStyle w:val="Descripcin"/>
      </w:pPr>
      <w:r>
        <w:t>Tipo: URL (varios campos)  |  Opcional</w:t>
      </w:r>
    </w:p>
    <w:p w14:paraId="0C04CFE4" w14:textId="77777777" w:rsidR="00C96BA4" w:rsidRDefault="00000000">
      <w:r>
        <w:t>Opciones / estructura: LinkedIn   ☐ Instagram   ☐ TikTok   ☐ Facebook   ☐ X   ☐ Otra</w:t>
      </w:r>
    </w:p>
    <w:p w14:paraId="2FA805D7" w14:textId="77777777" w:rsidR="00C96BA4" w:rsidRDefault="00000000">
      <w:r>
        <w:t>Nota: Solo URLs; no solicitar seguidores ni alcance. Uso para verificación y para etiquetar a la agencia en la publicación</w:t>
      </w:r>
    </w:p>
    <w:p w14:paraId="5BF4E2CB" w14:textId="77777777" w:rsidR="00C96BA4" w:rsidRDefault="00000000">
      <w:r>
        <w:t>Respuesta: __________________________________________________________</w:t>
      </w:r>
    </w:p>
    <w:p w14:paraId="5CAD6FD8" w14:textId="77777777" w:rsidR="00C96BA4" w:rsidRDefault="00000000">
      <w:r>
        <w:t>_____________________________________________________________________</w:t>
      </w:r>
    </w:p>
    <w:p w14:paraId="04A8931B" w14:textId="77777777" w:rsidR="00C96BA4" w:rsidRDefault="00000000">
      <w:pPr>
        <w:keepNext/>
      </w:pPr>
      <w:r>
        <w:rPr>
          <w:b/>
        </w:rPr>
        <w:t>7. Número de colaboradores permanentes al 30 de septiembre de 2026</w:t>
      </w:r>
    </w:p>
    <w:p w14:paraId="522019EC" w14:textId="77777777" w:rsidR="00C96BA4" w:rsidRDefault="00000000">
      <w:pPr>
        <w:pStyle w:val="Descripcin"/>
      </w:pPr>
      <w:r>
        <w:t>Tipo: Número  |  Obligatorio</w:t>
      </w:r>
    </w:p>
    <w:p w14:paraId="348F4588" w14:textId="77777777" w:rsidR="00C96BA4" w:rsidRDefault="00000000">
      <w:r>
        <w:t>Respuesta: __________________________________________________________</w:t>
      </w:r>
    </w:p>
    <w:p w14:paraId="776B413A" w14:textId="77777777" w:rsidR="00C96BA4" w:rsidRDefault="00000000">
      <w:pPr>
        <w:keepNext/>
      </w:pPr>
      <w:r>
        <w:rPr>
          <w:b/>
        </w:rPr>
        <w:t>8. Número de colaboradores operativos eventuales contratados durante el periodo considerado</w:t>
      </w:r>
    </w:p>
    <w:p w14:paraId="68B25191" w14:textId="77777777" w:rsidR="00C96BA4" w:rsidRDefault="00000000">
      <w:pPr>
        <w:pStyle w:val="Descripcin"/>
      </w:pPr>
      <w:r>
        <w:t>Tipo: Número  |  Obligatorio</w:t>
      </w:r>
    </w:p>
    <w:p w14:paraId="1BF01F7D" w14:textId="77777777" w:rsidR="00C96BA4" w:rsidRDefault="00000000">
      <w:r>
        <w:t>Respuesta: __________________________________________________________</w:t>
      </w:r>
    </w:p>
    <w:p w14:paraId="65F4C2E5" w14:textId="77777777" w:rsidR="00C96BA4" w:rsidRDefault="00000000">
      <w:pPr>
        <w:keepNext/>
      </w:pPr>
      <w:r>
        <w:rPr>
          <w:b/>
        </w:rPr>
        <w:t>9. Tipo de agencia</w:t>
      </w:r>
    </w:p>
    <w:p w14:paraId="79E5A5C7" w14:textId="77777777" w:rsidR="00C96BA4" w:rsidRDefault="00000000">
      <w:pPr>
        <w:pStyle w:val="Descripcin"/>
      </w:pPr>
      <w:r>
        <w:t>Tipo: Selección única  |  Obligatorio</w:t>
      </w:r>
    </w:p>
    <w:p w14:paraId="7A15B448" w14:textId="77777777" w:rsidR="00C96BA4" w:rsidRDefault="00000000">
      <w:r>
        <w:t>Opciones / estructura: Independiente   ☐ Parte de grupo nacional   ☐ Parte de grupo internacional</w:t>
      </w:r>
    </w:p>
    <w:p w14:paraId="2DB22B10" w14:textId="77777777" w:rsidR="00C96BA4" w:rsidRDefault="00000000">
      <w:r>
        <w:t>Nota: Si pertenece a un grupo, solicitar nombre del grupo</w:t>
      </w:r>
    </w:p>
    <w:p w14:paraId="272AD6DC" w14:textId="77777777" w:rsidR="00C96BA4" w:rsidRDefault="00000000">
      <w:r>
        <w:t>Selección / respuesta: __________________________________________________</w:t>
      </w:r>
    </w:p>
    <w:p w14:paraId="31818BCA" w14:textId="77777777" w:rsidR="00C96BA4" w:rsidRDefault="00000000">
      <w:pPr>
        <w:keepNext/>
      </w:pPr>
      <w:r>
        <w:rPr>
          <w:b/>
        </w:rPr>
        <w:t>10. Nombre del responsable del formulario</w:t>
      </w:r>
    </w:p>
    <w:p w14:paraId="51DCA45D" w14:textId="77777777" w:rsidR="00C96BA4" w:rsidRDefault="00000000">
      <w:pPr>
        <w:pStyle w:val="Descripcin"/>
      </w:pPr>
      <w:r>
        <w:t>Tipo: Texto  |  Obligatorio</w:t>
      </w:r>
    </w:p>
    <w:p w14:paraId="189A77C7" w14:textId="77777777" w:rsidR="00C96BA4" w:rsidRDefault="00000000">
      <w:r>
        <w:t>Respuesta: __________________________________________________________</w:t>
      </w:r>
    </w:p>
    <w:p w14:paraId="78F1C7A9" w14:textId="77777777" w:rsidR="00C96BA4" w:rsidRDefault="00000000">
      <w:r>
        <w:t>_____________________________________________________________________</w:t>
      </w:r>
    </w:p>
    <w:p w14:paraId="6E858B56" w14:textId="77777777" w:rsidR="00C96BA4" w:rsidRDefault="00000000">
      <w:pPr>
        <w:keepNext/>
      </w:pPr>
      <w:r>
        <w:rPr>
          <w:b/>
        </w:rPr>
        <w:lastRenderedPageBreak/>
        <w:t>11. Cargo del responsable</w:t>
      </w:r>
    </w:p>
    <w:p w14:paraId="143F66A5" w14:textId="77777777" w:rsidR="00C96BA4" w:rsidRDefault="00000000">
      <w:pPr>
        <w:pStyle w:val="Descripcin"/>
      </w:pPr>
      <w:r>
        <w:t>Tipo: Texto  |  Obligatorio</w:t>
      </w:r>
    </w:p>
    <w:p w14:paraId="5F5179EB" w14:textId="77777777" w:rsidR="00C96BA4" w:rsidRDefault="00000000">
      <w:r>
        <w:t>Respuesta: __________________________________________________________</w:t>
      </w:r>
    </w:p>
    <w:p w14:paraId="53BF0C21" w14:textId="77777777" w:rsidR="00C96BA4" w:rsidRDefault="00000000">
      <w:r>
        <w:t>_____________________________________________________________________</w:t>
      </w:r>
    </w:p>
    <w:p w14:paraId="63412D12" w14:textId="77777777" w:rsidR="00C96BA4" w:rsidRDefault="00000000">
      <w:pPr>
        <w:keepNext/>
      </w:pPr>
      <w:r>
        <w:rPr>
          <w:b/>
        </w:rPr>
        <w:t>12. Correo electrónico corporativo</w:t>
      </w:r>
    </w:p>
    <w:p w14:paraId="566AF8A2" w14:textId="77777777" w:rsidR="00C96BA4" w:rsidRDefault="00000000">
      <w:pPr>
        <w:pStyle w:val="Descripcin"/>
      </w:pPr>
      <w:r>
        <w:t>Tipo: Email  |  Obligatorio</w:t>
      </w:r>
    </w:p>
    <w:p w14:paraId="60D14AAC" w14:textId="77777777" w:rsidR="00C96BA4" w:rsidRDefault="00000000">
      <w:r>
        <w:t>Respuesta: __________________________________________________________</w:t>
      </w:r>
    </w:p>
    <w:p w14:paraId="582A90EF" w14:textId="77777777" w:rsidR="00C96BA4" w:rsidRDefault="00000000">
      <w:pPr>
        <w:keepNext/>
      </w:pPr>
      <w:r>
        <w:rPr>
          <w:b/>
        </w:rPr>
        <w:t>13. Teléfono de contacto</w:t>
      </w:r>
    </w:p>
    <w:p w14:paraId="7407029A" w14:textId="77777777" w:rsidR="00C96BA4" w:rsidRDefault="00000000">
      <w:pPr>
        <w:pStyle w:val="Descripcin"/>
      </w:pPr>
      <w:r>
        <w:t>Tipo: Teléfono  |  Obligatorio</w:t>
      </w:r>
    </w:p>
    <w:p w14:paraId="4BFBCFB9" w14:textId="77777777" w:rsidR="00C96BA4" w:rsidRDefault="00000000">
      <w:r>
        <w:t>Respuesta: __________________________________________________________</w:t>
      </w:r>
    </w:p>
    <w:p w14:paraId="165CB6C3" w14:textId="77777777" w:rsidR="00C96BA4" w:rsidRDefault="00000000">
      <w:pPr>
        <w:pStyle w:val="Ttulo1"/>
      </w:pPr>
      <w:r>
        <w:t>IDENTIDAD Y ESPECIALIDADES</w:t>
      </w:r>
    </w:p>
    <w:p w14:paraId="7DDC2669" w14:textId="77777777" w:rsidR="00C96BA4" w:rsidRDefault="00000000">
      <w:pPr>
        <w:keepNext/>
      </w:pPr>
      <w:r>
        <w:rPr>
          <w:b/>
        </w:rPr>
        <w:t>14. ¿Cuál es el principal diferenciador de la agencia en el mercado?</w:t>
      </w:r>
    </w:p>
    <w:p w14:paraId="01BA869B" w14:textId="77777777" w:rsidR="00C96BA4" w:rsidRDefault="00000000">
      <w:pPr>
        <w:pStyle w:val="Descripcin"/>
      </w:pPr>
      <w:r>
        <w:t>Tipo: Texto ≤150 palabras  |  Obligatorio</w:t>
      </w:r>
    </w:p>
    <w:p w14:paraId="6BCA908B" w14:textId="77777777" w:rsidR="00C96BA4" w:rsidRDefault="00000000">
      <w:r>
        <w:t>Respuesta: __________________________________________________________</w:t>
      </w:r>
    </w:p>
    <w:p w14:paraId="55181317" w14:textId="77777777" w:rsidR="00C96BA4" w:rsidRDefault="00000000">
      <w:r>
        <w:t>_____________________________________________________________________</w:t>
      </w:r>
    </w:p>
    <w:p w14:paraId="17A14E2C" w14:textId="77777777" w:rsidR="00C96BA4" w:rsidRDefault="00000000">
      <w:pPr>
        <w:keepNext/>
      </w:pPr>
      <w:r>
        <w:rPr>
          <w:b/>
        </w:rPr>
        <w:t>15. ¿Cuáles son sus principales especialidades?</w:t>
      </w:r>
    </w:p>
    <w:p w14:paraId="2240A848" w14:textId="77777777" w:rsidR="00C96BA4" w:rsidRDefault="00000000">
      <w:pPr>
        <w:pStyle w:val="Descripcin"/>
      </w:pPr>
      <w:r>
        <w:t>Tipo: Selección múltiple  |  Obligatorio</w:t>
      </w:r>
    </w:p>
    <w:p w14:paraId="258491C6" w14:textId="77777777" w:rsidR="00C96BA4" w:rsidRDefault="00000000">
      <w:r>
        <w:t>Opciones / estructura: Brand Experience   ☐ Activaciones   ☐ Eventos corporativos   ☐ Eventos masivos   ☐ Trade Marketing   ☐ Shopper Marketing   ☐ Retail Experience   ☐ Sampling   ☐ Promotoría   ☐ Roadshows   ☐ Inmersivas   ☐ Digitales/híbridas   ☐ Deportivo   ☐ Entretenimiento   ☐ Producción   ☐ Stands   ☐ Influencers   ☐ Otras</w:t>
      </w:r>
    </w:p>
    <w:p w14:paraId="69D91492" w14:textId="77777777" w:rsidR="00C96BA4" w:rsidRDefault="00000000">
      <w:r>
        <w:t>Selección / respuesta: __________________________________________________</w:t>
      </w:r>
    </w:p>
    <w:p w14:paraId="47F7155B" w14:textId="77777777" w:rsidR="00C96BA4" w:rsidRDefault="00000000">
      <w:pPr>
        <w:keepNext/>
      </w:pPr>
      <w:r>
        <w:rPr>
          <w:b/>
        </w:rPr>
        <w:t>16. ¿Qué porcentaje de sus ingresos del periodo considerado proviene de proyectos BTL y experiencias de marca?</w:t>
      </w:r>
    </w:p>
    <w:p w14:paraId="6CFB289C" w14:textId="77777777" w:rsidR="00C96BA4" w:rsidRDefault="00000000">
      <w:pPr>
        <w:pStyle w:val="Descripcin"/>
      </w:pPr>
      <w:r>
        <w:t>Tipo: Porcentaje  |  Obligatorio</w:t>
      </w:r>
    </w:p>
    <w:p w14:paraId="7A51DFBB" w14:textId="77777777" w:rsidR="00C96BA4" w:rsidRDefault="00000000">
      <w:r>
        <w:t>Nota: Requisito: ≥50%. Si es menor, mostrar aviso de no elegibilidad</w:t>
      </w:r>
    </w:p>
    <w:p w14:paraId="3200FAE7" w14:textId="77777777" w:rsidR="00C96BA4" w:rsidRDefault="00000000">
      <w:r>
        <w:t>Respuesta: __________________________________________________________</w:t>
      </w:r>
    </w:p>
    <w:p w14:paraId="6AA62E08" w14:textId="77777777" w:rsidR="00C96BA4" w:rsidRDefault="00000000">
      <w:pPr>
        <w:pStyle w:val="Ttulo1"/>
      </w:pPr>
      <w:r>
        <w:t>CASOS DE ÉXITO</w:t>
      </w:r>
    </w:p>
    <w:p w14:paraId="0440D901" w14:textId="77777777" w:rsidR="00C96BA4" w:rsidRDefault="00000000">
      <w:pPr>
        <w:pStyle w:val="Ttulo2"/>
      </w:pPr>
      <w:r>
        <w:t>CASO 1 — OBLIGATORIO</w:t>
      </w:r>
    </w:p>
    <w:p w14:paraId="46D1A4A6" w14:textId="77777777" w:rsidR="00C96BA4" w:rsidRDefault="00000000">
      <w:pPr>
        <w:keepNext/>
      </w:pPr>
      <w:r>
        <w:rPr>
          <w:b/>
        </w:rPr>
        <w:t>17. Nombre del proyecto o activación</w:t>
      </w:r>
    </w:p>
    <w:p w14:paraId="73A6515D" w14:textId="77777777" w:rsidR="00C96BA4" w:rsidRDefault="00000000">
      <w:pPr>
        <w:pStyle w:val="Descripcin"/>
      </w:pPr>
      <w:r>
        <w:t>Tipo: Texto  |  Obligatorio</w:t>
      </w:r>
    </w:p>
    <w:p w14:paraId="4E8C4D8D" w14:textId="77777777" w:rsidR="00C96BA4" w:rsidRDefault="00000000">
      <w:r>
        <w:t>Respuesta: __________________________________________________________</w:t>
      </w:r>
    </w:p>
    <w:p w14:paraId="7788024C" w14:textId="77777777" w:rsidR="00C96BA4" w:rsidRDefault="00000000">
      <w:r>
        <w:t>_____________________________________________________________________</w:t>
      </w:r>
    </w:p>
    <w:p w14:paraId="37CD02EA" w14:textId="77777777" w:rsidR="00C96BA4" w:rsidRDefault="00000000">
      <w:pPr>
        <w:keepNext/>
      </w:pPr>
      <w:r>
        <w:rPr>
          <w:b/>
        </w:rPr>
        <w:t>18. Cliente y marca</w:t>
      </w:r>
    </w:p>
    <w:p w14:paraId="4EF594A9" w14:textId="77777777" w:rsidR="00C96BA4" w:rsidRDefault="00000000">
      <w:pPr>
        <w:pStyle w:val="Descripcin"/>
      </w:pPr>
      <w:r>
        <w:t>Tipo: Texto  |  Obligatorio</w:t>
      </w:r>
    </w:p>
    <w:p w14:paraId="3E550670" w14:textId="77777777" w:rsidR="00C96BA4" w:rsidRDefault="00000000">
      <w:r>
        <w:t>Respuesta: __________________________________________________________</w:t>
      </w:r>
    </w:p>
    <w:p w14:paraId="5EE4D7DE" w14:textId="77777777" w:rsidR="00C96BA4" w:rsidRDefault="00000000">
      <w:r>
        <w:lastRenderedPageBreak/>
        <w:t>_____________________________________________________________________</w:t>
      </w:r>
    </w:p>
    <w:p w14:paraId="0C3A500B" w14:textId="77777777" w:rsidR="00C96BA4" w:rsidRDefault="00000000">
      <w:pPr>
        <w:keepNext/>
      </w:pPr>
      <w:r>
        <w:rPr>
          <w:b/>
        </w:rPr>
        <w:t>19. Tipo de proyecto</w:t>
      </w:r>
    </w:p>
    <w:p w14:paraId="341D7B28" w14:textId="77777777" w:rsidR="00C96BA4" w:rsidRDefault="00000000">
      <w:pPr>
        <w:pStyle w:val="Descripcin"/>
      </w:pPr>
      <w:r>
        <w:t>Tipo: Selección única  |  Obligatorio</w:t>
      </w:r>
    </w:p>
    <w:p w14:paraId="6A0A7A1B" w14:textId="77777777" w:rsidR="00C96BA4" w:rsidRDefault="00000000">
      <w:r>
        <w:t>Opciones / estructura: Activación   ☐ Evento corporativo   ☐ Evento masivo   ☐ Trade/Shopper   ☐ Retail Experience   ☐ Sampling/Promotoría   ☐ Roadshow   ☐ Experiencia inmersiva   ☐ Experiencia digital/híbrida   ☐ Stand   ☐ Otro</w:t>
      </w:r>
    </w:p>
    <w:p w14:paraId="2EFB5013" w14:textId="77777777" w:rsidR="00C96BA4" w:rsidRDefault="00000000">
      <w:r>
        <w:t>Selección / respuesta: __________________________________________________</w:t>
      </w:r>
    </w:p>
    <w:p w14:paraId="7A3BC2D0" w14:textId="77777777" w:rsidR="00C96BA4" w:rsidRDefault="00000000">
      <w:pPr>
        <w:keepNext/>
      </w:pPr>
      <w:r>
        <w:rPr>
          <w:b/>
        </w:rPr>
        <w:t>20. Fecha o periodo de ejecución</w:t>
      </w:r>
    </w:p>
    <w:p w14:paraId="61ADA490" w14:textId="77777777" w:rsidR="00C96BA4" w:rsidRDefault="00000000">
      <w:pPr>
        <w:pStyle w:val="Descripcin"/>
      </w:pPr>
      <w:r>
        <w:t>Tipo: Fecha o periodo  |  Obligatorio</w:t>
      </w:r>
    </w:p>
    <w:p w14:paraId="5D8F2405" w14:textId="77777777" w:rsidR="00C96BA4" w:rsidRDefault="00000000">
      <w:r>
        <w:t>Respuesta: __________________________________________________________</w:t>
      </w:r>
    </w:p>
    <w:p w14:paraId="5765A962" w14:textId="77777777" w:rsidR="00C96BA4" w:rsidRDefault="00000000">
      <w:pPr>
        <w:keepNext/>
      </w:pPr>
      <w:r>
        <w:rPr>
          <w:b/>
        </w:rPr>
        <w:t>21. ¿Qué reto de negocio o comunicación debía resolver y cuáles eran los objetivos y KPI establecidos?</w:t>
      </w:r>
    </w:p>
    <w:p w14:paraId="721FFF12" w14:textId="77777777" w:rsidR="00C96BA4" w:rsidRDefault="00000000">
      <w:pPr>
        <w:pStyle w:val="Descripcin"/>
      </w:pPr>
      <w:r>
        <w:t>Tipo: Texto ≤250 palabras  |  Obligatorio</w:t>
      </w:r>
    </w:p>
    <w:p w14:paraId="50895A03" w14:textId="77777777" w:rsidR="00C96BA4" w:rsidRDefault="00000000">
      <w:r>
        <w:t>Respuesta: __________________________________________________________</w:t>
      </w:r>
    </w:p>
    <w:p w14:paraId="404F0453" w14:textId="77777777" w:rsidR="00C96BA4" w:rsidRDefault="00000000">
      <w:r>
        <w:t>_____________________________________________________________________</w:t>
      </w:r>
    </w:p>
    <w:p w14:paraId="3265B8D3" w14:textId="77777777" w:rsidR="00C96BA4" w:rsidRDefault="00000000">
      <w:pPr>
        <w:keepNext/>
      </w:pPr>
      <w:r>
        <w:rPr>
          <w:b/>
        </w:rPr>
        <w:t>22. ¿Cuál fue el insight y la idea creativa?</w:t>
      </w:r>
    </w:p>
    <w:p w14:paraId="037033DF" w14:textId="77777777" w:rsidR="00C96BA4" w:rsidRDefault="00000000">
      <w:pPr>
        <w:pStyle w:val="Descripcin"/>
      </w:pPr>
      <w:r>
        <w:t>Tipo: Texto ≤250 palabras  |  Obligatorio</w:t>
      </w:r>
    </w:p>
    <w:p w14:paraId="0282B4DA" w14:textId="77777777" w:rsidR="00C96BA4" w:rsidRDefault="00000000">
      <w:r>
        <w:t>Respuesta: __________________________________________________________</w:t>
      </w:r>
    </w:p>
    <w:p w14:paraId="6B60C391" w14:textId="77777777" w:rsidR="00C96BA4" w:rsidRDefault="00000000">
      <w:r>
        <w:t>_____________________________________________________________________</w:t>
      </w:r>
    </w:p>
    <w:p w14:paraId="7A3B909A" w14:textId="77777777" w:rsidR="00C96BA4" w:rsidRDefault="00000000">
      <w:pPr>
        <w:keepNext/>
      </w:pPr>
      <w:r>
        <w:rPr>
          <w:b/>
        </w:rPr>
        <w:t>23. Describe la experiencia y cómo se ejecutó</w:t>
      </w:r>
    </w:p>
    <w:p w14:paraId="5A276FAF" w14:textId="77777777" w:rsidR="00C96BA4" w:rsidRDefault="00000000">
      <w:pPr>
        <w:pStyle w:val="Descripcin"/>
      </w:pPr>
      <w:r>
        <w:t>Tipo: Texto ≤250 palabras  |  Obligatorio</w:t>
      </w:r>
    </w:p>
    <w:p w14:paraId="35F483A3" w14:textId="77777777" w:rsidR="00C96BA4" w:rsidRDefault="00000000">
      <w:r>
        <w:t>Respuesta: __________________________________________________________</w:t>
      </w:r>
    </w:p>
    <w:p w14:paraId="006ACFBF" w14:textId="77777777" w:rsidR="00C96BA4" w:rsidRDefault="00000000">
      <w:r>
        <w:t>_____________________________________________________________________</w:t>
      </w:r>
    </w:p>
    <w:p w14:paraId="1CB08976" w14:textId="77777777" w:rsidR="00C96BA4" w:rsidRDefault="00000000">
      <w:pPr>
        <w:keepNext/>
      </w:pPr>
      <w:r>
        <w:rPr>
          <w:b/>
        </w:rPr>
        <w:t>24. ¿En qué ciudades y países se implementó?</w:t>
      </w:r>
    </w:p>
    <w:p w14:paraId="3B963AC0" w14:textId="77777777" w:rsidR="00C96BA4" w:rsidRDefault="00000000">
      <w:pPr>
        <w:pStyle w:val="Descripcin"/>
      </w:pPr>
      <w:r>
        <w:t>Tipo: Texto  |  Obligatorio</w:t>
      </w:r>
    </w:p>
    <w:p w14:paraId="0D58B6A6" w14:textId="77777777" w:rsidR="00C96BA4" w:rsidRDefault="00000000">
      <w:r>
        <w:t>Respuesta: __________________________________________________________</w:t>
      </w:r>
    </w:p>
    <w:p w14:paraId="1F63C6D6" w14:textId="77777777" w:rsidR="00C96BA4" w:rsidRDefault="00000000">
      <w:r>
        <w:t>_____________________________________________________________________</w:t>
      </w:r>
    </w:p>
    <w:p w14:paraId="51CFD2FD" w14:textId="77777777" w:rsidR="00C96BA4" w:rsidRDefault="00000000">
      <w:pPr>
        <w:keepNext/>
      </w:pPr>
      <w:r>
        <w:rPr>
          <w:b/>
        </w:rPr>
        <w:t>25. ¿Cuántas personas participaron?</w:t>
      </w:r>
    </w:p>
    <w:p w14:paraId="2CDE062F" w14:textId="77777777" w:rsidR="00C96BA4" w:rsidRDefault="00000000">
      <w:pPr>
        <w:pStyle w:val="Descripcin"/>
      </w:pPr>
      <w:r>
        <w:t>Tipo: Dos números  |  Obligatorio</w:t>
      </w:r>
    </w:p>
    <w:p w14:paraId="5C9FFD7B" w14:textId="77777777" w:rsidR="00C96BA4" w:rsidRDefault="00000000">
      <w:r>
        <w:t>Opciones / estructura: Participantes directos   ☐ Alcance indirecto (opcional)</w:t>
      </w:r>
    </w:p>
    <w:p w14:paraId="00CC51AC" w14:textId="77777777" w:rsidR="00C96BA4" w:rsidRDefault="00000000">
      <w:r>
        <w:t>Respuesta: __________________________________________________________</w:t>
      </w:r>
    </w:p>
    <w:p w14:paraId="3965DBDF" w14:textId="77777777" w:rsidR="00C96BA4" w:rsidRDefault="00000000">
      <w:pPr>
        <w:keepNext/>
      </w:pPr>
      <w:r>
        <w:rPr>
          <w:b/>
        </w:rPr>
        <w:t>26. ¿Qué resultados medibles obtuvo frente a los objetivos?</w:t>
      </w:r>
    </w:p>
    <w:p w14:paraId="13B0D02F" w14:textId="77777777" w:rsidR="00C96BA4" w:rsidRDefault="00000000">
      <w:pPr>
        <w:pStyle w:val="Descripcin"/>
      </w:pPr>
      <w:r>
        <w:t>Tipo: Texto ≤250 palabras + KPI opcionales  |  Obligatorio</w:t>
      </w:r>
    </w:p>
    <w:p w14:paraId="012F55AC" w14:textId="77777777" w:rsidR="00C96BA4" w:rsidRDefault="00000000">
      <w:r>
        <w:t>Respuesta: __________________________________________________________</w:t>
      </w:r>
    </w:p>
    <w:p w14:paraId="0FF65C9D" w14:textId="77777777" w:rsidR="00C96BA4" w:rsidRDefault="00000000">
      <w:r>
        <w:t>_____________________________________________________________________</w:t>
      </w:r>
    </w:p>
    <w:p w14:paraId="794B9E31" w14:textId="77777777" w:rsidR="00C96BA4" w:rsidRDefault="00000000">
      <w:pPr>
        <w:keepNext/>
      </w:pPr>
      <w:r>
        <w:rPr>
          <w:b/>
        </w:rPr>
        <w:t>27. ¿Cuál fue el rol de la agencia?</w:t>
      </w:r>
    </w:p>
    <w:p w14:paraId="6500BB1E" w14:textId="77777777" w:rsidR="00C96BA4" w:rsidRDefault="00000000">
      <w:pPr>
        <w:pStyle w:val="Descripcin"/>
      </w:pPr>
      <w:r>
        <w:t>Tipo: Selección única + texto ≤150 palabras  |  Obligatorio</w:t>
      </w:r>
    </w:p>
    <w:p w14:paraId="68175320" w14:textId="77777777" w:rsidR="00C96BA4" w:rsidRDefault="00000000">
      <w:r>
        <w:t>Opciones / estructura: Agencia líder   ☐ Co-líder con otra agencia   ☐ Producción para otra agencia</w:t>
      </w:r>
    </w:p>
    <w:p w14:paraId="61DCDBAC" w14:textId="77777777" w:rsidR="00C96BA4" w:rsidRDefault="00000000">
      <w:r>
        <w:t>Selección / respuesta: __________________________________________________</w:t>
      </w:r>
    </w:p>
    <w:p w14:paraId="70E448A6" w14:textId="77777777" w:rsidR="00C96BA4" w:rsidRDefault="00000000">
      <w:pPr>
        <w:keepNext/>
      </w:pPr>
      <w:r>
        <w:rPr>
          <w:b/>
        </w:rPr>
        <w:lastRenderedPageBreak/>
        <w:t>28. Evidencias: video, fotografías, presentación y documentación de resultados</w:t>
      </w:r>
    </w:p>
    <w:p w14:paraId="00C3E91E" w14:textId="77777777" w:rsidR="00C96BA4" w:rsidRDefault="00000000">
      <w:pPr>
        <w:pStyle w:val="Descripcin"/>
      </w:pPr>
      <w:r>
        <w:t>Tipo: Archivo o URL  |  Obligatorio</w:t>
      </w:r>
    </w:p>
    <w:p w14:paraId="76D2CB15" w14:textId="77777777" w:rsidR="00C96BA4" w:rsidRDefault="00000000">
      <w:r>
        <w:t>Respuesta: __________________________________________________________</w:t>
      </w:r>
    </w:p>
    <w:p w14:paraId="0FC5E4C3" w14:textId="77777777" w:rsidR="00C96BA4" w:rsidRDefault="00000000">
      <w:r>
        <w:t>_____________________________________________________________________</w:t>
      </w:r>
    </w:p>
    <w:p w14:paraId="35E5BCB8" w14:textId="77777777" w:rsidR="00C96BA4" w:rsidRDefault="00000000">
      <w:pPr>
        <w:keepNext/>
      </w:pPr>
      <w:r>
        <w:rPr>
          <w:b/>
        </w:rPr>
        <w:t>29. Autorización del cliente y publicación del caso</w:t>
      </w:r>
    </w:p>
    <w:p w14:paraId="4985BB4E" w14:textId="77777777" w:rsidR="00C96BA4" w:rsidRDefault="00000000">
      <w:pPr>
        <w:pStyle w:val="Descripcin"/>
      </w:pPr>
      <w:r>
        <w:t>Tipo: Dos checkboxes  |  Obligatorio</w:t>
      </w:r>
    </w:p>
    <w:p w14:paraId="2A6F7EB9" w14:textId="77777777" w:rsidR="00C96BA4" w:rsidRDefault="00000000">
      <w:r>
        <w:t>Opciones / estructura: Confirmo que cuento con autorización del cliente para compartir este caso (obligatorio)   ☐ Autorizo publicar este caso (opcional)</w:t>
      </w:r>
    </w:p>
    <w:p w14:paraId="125D3B74" w14:textId="77777777" w:rsidR="00C96BA4" w:rsidRDefault="00000000">
      <w:r>
        <w:t>☐ Sí     ☐ No</w:t>
      </w:r>
    </w:p>
    <w:p w14:paraId="1DBE861E" w14:textId="77777777" w:rsidR="00C96BA4" w:rsidRDefault="00000000">
      <w:pPr>
        <w:pStyle w:val="Ttulo2"/>
      </w:pPr>
      <w:r>
        <w:t>CASO 2 — OPCIONAL</w:t>
      </w:r>
    </w:p>
    <w:p w14:paraId="312BF07C" w14:textId="77777777" w:rsidR="00C96BA4" w:rsidRDefault="00000000">
      <w:pPr>
        <w:keepNext/>
      </w:pPr>
      <w:r>
        <w:rPr>
          <w:b/>
        </w:rPr>
        <w:t>17 · Caso 2. Nombre del proyecto o activación</w:t>
      </w:r>
    </w:p>
    <w:p w14:paraId="7DB598BD" w14:textId="77777777" w:rsidR="00C96BA4" w:rsidRDefault="00000000">
      <w:pPr>
        <w:pStyle w:val="Descripcin"/>
      </w:pPr>
      <w:r>
        <w:t>Tipo: Texto  |  Obligatorio</w:t>
      </w:r>
    </w:p>
    <w:p w14:paraId="3AB186BE" w14:textId="77777777" w:rsidR="00C96BA4" w:rsidRDefault="00000000">
      <w:r>
        <w:t>Respuesta: __________________________________________________________</w:t>
      </w:r>
    </w:p>
    <w:p w14:paraId="478AF912" w14:textId="77777777" w:rsidR="00C96BA4" w:rsidRDefault="00000000">
      <w:r>
        <w:t>_____________________________________________________________________</w:t>
      </w:r>
    </w:p>
    <w:p w14:paraId="3981FD68" w14:textId="77777777" w:rsidR="00C96BA4" w:rsidRDefault="00000000">
      <w:pPr>
        <w:keepNext/>
      </w:pPr>
      <w:r>
        <w:rPr>
          <w:b/>
        </w:rPr>
        <w:t>18 · Caso 2. Cliente y marca</w:t>
      </w:r>
    </w:p>
    <w:p w14:paraId="4AE35EC4" w14:textId="77777777" w:rsidR="00C96BA4" w:rsidRDefault="00000000">
      <w:pPr>
        <w:pStyle w:val="Descripcin"/>
      </w:pPr>
      <w:r>
        <w:t>Tipo: Texto  |  Obligatorio</w:t>
      </w:r>
    </w:p>
    <w:p w14:paraId="0FB752D5" w14:textId="77777777" w:rsidR="00C96BA4" w:rsidRDefault="00000000">
      <w:r>
        <w:t>Respuesta: __________________________________________________________</w:t>
      </w:r>
    </w:p>
    <w:p w14:paraId="06F16FC0" w14:textId="77777777" w:rsidR="00C96BA4" w:rsidRDefault="00000000">
      <w:r>
        <w:t>_____________________________________________________________________</w:t>
      </w:r>
    </w:p>
    <w:p w14:paraId="7758DF54" w14:textId="77777777" w:rsidR="00C96BA4" w:rsidRDefault="00000000">
      <w:pPr>
        <w:keepNext/>
      </w:pPr>
      <w:r>
        <w:rPr>
          <w:b/>
        </w:rPr>
        <w:t>19 · Caso 2. Tipo de proyecto</w:t>
      </w:r>
    </w:p>
    <w:p w14:paraId="277C9DC4" w14:textId="77777777" w:rsidR="00C96BA4" w:rsidRDefault="00000000">
      <w:pPr>
        <w:pStyle w:val="Descripcin"/>
      </w:pPr>
      <w:r>
        <w:t>Tipo: Selección única  |  Obligatorio</w:t>
      </w:r>
    </w:p>
    <w:p w14:paraId="72BD329B" w14:textId="77777777" w:rsidR="00C96BA4" w:rsidRDefault="00000000">
      <w:r>
        <w:t>Opciones / estructura: Activación   ☐ Evento corporativo   ☐ Evento masivo   ☐ Trade/Shopper   ☐ Retail Experience   ☐ Sampling/Promotoría   ☐ Roadshow   ☐ Experiencia inmersiva   ☐ Experiencia digital/híbrida   ☐ Stand   ☐ Otro</w:t>
      </w:r>
    </w:p>
    <w:p w14:paraId="5F4B4C4F" w14:textId="77777777" w:rsidR="00C96BA4" w:rsidRDefault="00000000">
      <w:r>
        <w:t>Selección / respuesta: __________________________________________________</w:t>
      </w:r>
    </w:p>
    <w:p w14:paraId="66BB5108" w14:textId="77777777" w:rsidR="00C96BA4" w:rsidRDefault="00000000">
      <w:pPr>
        <w:keepNext/>
      </w:pPr>
      <w:r>
        <w:rPr>
          <w:b/>
        </w:rPr>
        <w:t>20 · Caso 2. Fecha o periodo de ejecución</w:t>
      </w:r>
    </w:p>
    <w:p w14:paraId="3B20940C" w14:textId="77777777" w:rsidR="00C96BA4" w:rsidRDefault="00000000">
      <w:pPr>
        <w:pStyle w:val="Descripcin"/>
      </w:pPr>
      <w:r>
        <w:t>Tipo: Fecha o periodo  |  Obligatorio</w:t>
      </w:r>
    </w:p>
    <w:p w14:paraId="6BDC58AA" w14:textId="77777777" w:rsidR="00C96BA4" w:rsidRDefault="00000000">
      <w:r>
        <w:t>Respuesta: __________________________________________________________</w:t>
      </w:r>
    </w:p>
    <w:p w14:paraId="7F425675" w14:textId="77777777" w:rsidR="00C96BA4" w:rsidRDefault="00000000">
      <w:pPr>
        <w:keepNext/>
      </w:pPr>
      <w:r>
        <w:rPr>
          <w:b/>
        </w:rPr>
        <w:t>21 · Caso 2. ¿Qué reto de negocio o comunicación debía resolver y cuáles eran los objetivos y KPI establecidos?</w:t>
      </w:r>
    </w:p>
    <w:p w14:paraId="2EFBCB81" w14:textId="77777777" w:rsidR="00C96BA4" w:rsidRDefault="00000000">
      <w:pPr>
        <w:pStyle w:val="Descripcin"/>
      </w:pPr>
      <w:r>
        <w:t>Tipo: Texto ≤250 palabras  |  Obligatorio</w:t>
      </w:r>
    </w:p>
    <w:p w14:paraId="0CBAD73A" w14:textId="77777777" w:rsidR="00C96BA4" w:rsidRDefault="00000000">
      <w:r>
        <w:t>Respuesta: __________________________________________________________</w:t>
      </w:r>
    </w:p>
    <w:p w14:paraId="76DF8ADB" w14:textId="77777777" w:rsidR="00C96BA4" w:rsidRDefault="00000000">
      <w:r>
        <w:t>_____________________________________________________________________</w:t>
      </w:r>
    </w:p>
    <w:p w14:paraId="78DEFC00" w14:textId="77777777" w:rsidR="00C96BA4" w:rsidRDefault="00000000">
      <w:pPr>
        <w:keepNext/>
      </w:pPr>
      <w:r>
        <w:rPr>
          <w:b/>
        </w:rPr>
        <w:t>22 · Caso 2. ¿Cuál fue el insight y la idea creativa?</w:t>
      </w:r>
    </w:p>
    <w:p w14:paraId="1D76835D" w14:textId="77777777" w:rsidR="00C96BA4" w:rsidRDefault="00000000">
      <w:pPr>
        <w:pStyle w:val="Descripcin"/>
      </w:pPr>
      <w:r>
        <w:t>Tipo: Texto ≤250 palabras  |  Obligatorio</w:t>
      </w:r>
    </w:p>
    <w:p w14:paraId="669A47E5" w14:textId="77777777" w:rsidR="00C96BA4" w:rsidRDefault="00000000">
      <w:r>
        <w:t>Respuesta: __________________________________________________________</w:t>
      </w:r>
    </w:p>
    <w:p w14:paraId="47C51679" w14:textId="77777777" w:rsidR="00C96BA4" w:rsidRDefault="00000000">
      <w:r>
        <w:t>_____________________________________________________________________</w:t>
      </w:r>
    </w:p>
    <w:p w14:paraId="6EFC0A94" w14:textId="77777777" w:rsidR="00C96BA4" w:rsidRDefault="00000000">
      <w:pPr>
        <w:keepNext/>
      </w:pPr>
      <w:r>
        <w:rPr>
          <w:b/>
        </w:rPr>
        <w:t>23 · Caso 2. Describe la experiencia y cómo se ejecutó</w:t>
      </w:r>
    </w:p>
    <w:p w14:paraId="562EBBD0" w14:textId="77777777" w:rsidR="00C96BA4" w:rsidRDefault="00000000">
      <w:pPr>
        <w:pStyle w:val="Descripcin"/>
      </w:pPr>
      <w:r>
        <w:t>Tipo: Texto ≤250 palabras  |  Obligatorio</w:t>
      </w:r>
    </w:p>
    <w:p w14:paraId="59E7F1B4" w14:textId="77777777" w:rsidR="00C96BA4" w:rsidRDefault="00000000">
      <w:r>
        <w:t>Respuesta: __________________________________________________________</w:t>
      </w:r>
    </w:p>
    <w:p w14:paraId="323069BF" w14:textId="77777777" w:rsidR="00C96BA4" w:rsidRDefault="00000000">
      <w:r>
        <w:lastRenderedPageBreak/>
        <w:t>_____________________________________________________________________</w:t>
      </w:r>
    </w:p>
    <w:p w14:paraId="065598AF" w14:textId="77777777" w:rsidR="00C96BA4" w:rsidRDefault="00000000">
      <w:pPr>
        <w:keepNext/>
      </w:pPr>
      <w:r>
        <w:rPr>
          <w:b/>
        </w:rPr>
        <w:t>24 · Caso 2. ¿En qué ciudades y países se implementó?</w:t>
      </w:r>
    </w:p>
    <w:p w14:paraId="1CCF3251" w14:textId="77777777" w:rsidR="00C96BA4" w:rsidRDefault="00000000">
      <w:pPr>
        <w:pStyle w:val="Descripcin"/>
      </w:pPr>
      <w:r>
        <w:t>Tipo: Texto  |  Obligatorio</w:t>
      </w:r>
    </w:p>
    <w:p w14:paraId="53C9FE81" w14:textId="77777777" w:rsidR="00C96BA4" w:rsidRDefault="00000000">
      <w:r>
        <w:t>Respuesta: __________________________________________________________</w:t>
      </w:r>
    </w:p>
    <w:p w14:paraId="073573BB" w14:textId="77777777" w:rsidR="00C96BA4" w:rsidRDefault="00000000">
      <w:r>
        <w:t>_____________________________________________________________________</w:t>
      </w:r>
    </w:p>
    <w:p w14:paraId="28A590BF" w14:textId="77777777" w:rsidR="00C96BA4" w:rsidRDefault="00000000">
      <w:pPr>
        <w:keepNext/>
      </w:pPr>
      <w:r>
        <w:rPr>
          <w:b/>
        </w:rPr>
        <w:t>25 · Caso 2. ¿Cuántas personas participaron?</w:t>
      </w:r>
    </w:p>
    <w:p w14:paraId="72AEB19F" w14:textId="77777777" w:rsidR="00C96BA4" w:rsidRDefault="00000000">
      <w:pPr>
        <w:pStyle w:val="Descripcin"/>
      </w:pPr>
      <w:r>
        <w:t>Tipo: Dos números  |  Obligatorio</w:t>
      </w:r>
    </w:p>
    <w:p w14:paraId="32E1107B" w14:textId="77777777" w:rsidR="00C96BA4" w:rsidRDefault="00000000">
      <w:r>
        <w:t>Opciones / estructura: Participantes directos   ☐ Alcance indirecto (opcional)</w:t>
      </w:r>
    </w:p>
    <w:p w14:paraId="7F4211ED" w14:textId="77777777" w:rsidR="00C96BA4" w:rsidRDefault="00000000">
      <w:r>
        <w:t>Respuesta: __________________________________________________________</w:t>
      </w:r>
    </w:p>
    <w:p w14:paraId="24B6A9BC" w14:textId="77777777" w:rsidR="00C96BA4" w:rsidRDefault="00000000">
      <w:pPr>
        <w:keepNext/>
      </w:pPr>
      <w:r>
        <w:rPr>
          <w:b/>
        </w:rPr>
        <w:t>26 · Caso 2. ¿Qué resultados medibles obtuvo frente a los objetivos?</w:t>
      </w:r>
    </w:p>
    <w:p w14:paraId="0E9A55DC" w14:textId="77777777" w:rsidR="00C96BA4" w:rsidRDefault="00000000">
      <w:pPr>
        <w:pStyle w:val="Descripcin"/>
      </w:pPr>
      <w:r>
        <w:t>Tipo: Texto ≤250 palabras + KPI opcionales  |  Obligatorio</w:t>
      </w:r>
    </w:p>
    <w:p w14:paraId="51DC941D" w14:textId="77777777" w:rsidR="00C96BA4" w:rsidRDefault="00000000">
      <w:r>
        <w:t>Respuesta: __________________________________________________________</w:t>
      </w:r>
    </w:p>
    <w:p w14:paraId="162B0969" w14:textId="77777777" w:rsidR="00C96BA4" w:rsidRDefault="00000000">
      <w:r>
        <w:t>_____________________________________________________________________</w:t>
      </w:r>
    </w:p>
    <w:p w14:paraId="0C14B1B4" w14:textId="77777777" w:rsidR="00C96BA4" w:rsidRDefault="00000000">
      <w:pPr>
        <w:keepNext/>
      </w:pPr>
      <w:r>
        <w:rPr>
          <w:b/>
        </w:rPr>
        <w:t>27 · Caso 2. ¿Cuál fue el rol de la agencia?</w:t>
      </w:r>
    </w:p>
    <w:p w14:paraId="10F1EE7B" w14:textId="77777777" w:rsidR="00C96BA4" w:rsidRDefault="00000000">
      <w:pPr>
        <w:pStyle w:val="Descripcin"/>
      </w:pPr>
      <w:r>
        <w:t>Tipo: Selección única + texto ≤150 palabras  |  Obligatorio</w:t>
      </w:r>
    </w:p>
    <w:p w14:paraId="2C569EFB" w14:textId="77777777" w:rsidR="00C96BA4" w:rsidRDefault="00000000">
      <w:r>
        <w:t>Opciones / estructura: Agencia líder   ☐ Co-líder con otra agencia   ☐ Producción para otra agencia</w:t>
      </w:r>
    </w:p>
    <w:p w14:paraId="121DC2CD" w14:textId="77777777" w:rsidR="00C96BA4" w:rsidRDefault="00000000">
      <w:r>
        <w:t>Selección / respuesta: __________________________________________________</w:t>
      </w:r>
    </w:p>
    <w:p w14:paraId="1AC6EE1E" w14:textId="77777777" w:rsidR="00C96BA4" w:rsidRDefault="00000000">
      <w:pPr>
        <w:keepNext/>
      </w:pPr>
      <w:r>
        <w:rPr>
          <w:b/>
        </w:rPr>
        <w:t>28 · Caso 2. Evidencias: video, fotografías, presentación y documentación de resultados</w:t>
      </w:r>
    </w:p>
    <w:p w14:paraId="5CA9BEDA" w14:textId="77777777" w:rsidR="00C96BA4" w:rsidRDefault="00000000">
      <w:pPr>
        <w:pStyle w:val="Descripcin"/>
      </w:pPr>
      <w:r>
        <w:t>Tipo: Archivo o URL  |  Obligatorio</w:t>
      </w:r>
    </w:p>
    <w:p w14:paraId="770B95BF" w14:textId="77777777" w:rsidR="00C96BA4" w:rsidRDefault="00000000">
      <w:r>
        <w:t>Respuesta: __________________________________________________________</w:t>
      </w:r>
    </w:p>
    <w:p w14:paraId="127CB773" w14:textId="77777777" w:rsidR="00C96BA4" w:rsidRDefault="00000000">
      <w:r>
        <w:t>_____________________________________________________________________</w:t>
      </w:r>
    </w:p>
    <w:p w14:paraId="55968261" w14:textId="77777777" w:rsidR="00C96BA4" w:rsidRDefault="00000000">
      <w:pPr>
        <w:keepNext/>
      </w:pPr>
      <w:r>
        <w:rPr>
          <w:b/>
        </w:rPr>
        <w:t>29 · Caso 2. Autorización del cliente y publicación del caso</w:t>
      </w:r>
    </w:p>
    <w:p w14:paraId="0A14A7A5" w14:textId="77777777" w:rsidR="00C96BA4" w:rsidRDefault="00000000">
      <w:pPr>
        <w:pStyle w:val="Descripcin"/>
      </w:pPr>
      <w:r>
        <w:t>Tipo: Dos checkboxes  |  Obligatorio</w:t>
      </w:r>
    </w:p>
    <w:p w14:paraId="557027B4" w14:textId="77777777" w:rsidR="00C96BA4" w:rsidRDefault="00000000">
      <w:r>
        <w:t>Opciones / estructura: Confirmo que cuento con autorización del cliente para compartir este caso (obligatorio)   ☐ Autorizo publicar este caso (opcional)</w:t>
      </w:r>
    </w:p>
    <w:p w14:paraId="4AAFF829" w14:textId="77777777" w:rsidR="00C96BA4" w:rsidRDefault="00000000">
      <w:r>
        <w:t>☐ Sí     ☐ No</w:t>
      </w:r>
    </w:p>
    <w:p w14:paraId="5BD01994" w14:textId="77777777" w:rsidR="00C96BA4" w:rsidRDefault="00000000">
      <w:pPr>
        <w:pStyle w:val="Ttulo2"/>
      </w:pPr>
      <w:r>
        <w:t>CASO 3 — OPCIONAL</w:t>
      </w:r>
    </w:p>
    <w:p w14:paraId="5972370E" w14:textId="77777777" w:rsidR="00C96BA4" w:rsidRDefault="00000000">
      <w:pPr>
        <w:keepNext/>
      </w:pPr>
      <w:r>
        <w:rPr>
          <w:b/>
        </w:rPr>
        <w:t>17 · Caso 3. Nombre del proyecto o activación</w:t>
      </w:r>
    </w:p>
    <w:p w14:paraId="0DB6EA55" w14:textId="77777777" w:rsidR="00C96BA4" w:rsidRDefault="00000000">
      <w:pPr>
        <w:pStyle w:val="Descripcin"/>
      </w:pPr>
      <w:r>
        <w:t>Tipo: Texto  |  Obligatorio</w:t>
      </w:r>
    </w:p>
    <w:p w14:paraId="3D4874FA" w14:textId="77777777" w:rsidR="00C96BA4" w:rsidRDefault="00000000">
      <w:r>
        <w:t>Respuesta: __________________________________________________________</w:t>
      </w:r>
    </w:p>
    <w:p w14:paraId="1FBC7A35" w14:textId="77777777" w:rsidR="00C96BA4" w:rsidRDefault="00000000">
      <w:r>
        <w:t>_____________________________________________________________________</w:t>
      </w:r>
    </w:p>
    <w:p w14:paraId="1CA8FF80" w14:textId="77777777" w:rsidR="00C96BA4" w:rsidRDefault="00000000">
      <w:pPr>
        <w:keepNext/>
      </w:pPr>
      <w:r>
        <w:rPr>
          <w:b/>
        </w:rPr>
        <w:t>18 · Caso 3. Cliente y marca</w:t>
      </w:r>
    </w:p>
    <w:p w14:paraId="1A5E867A" w14:textId="77777777" w:rsidR="00C96BA4" w:rsidRDefault="00000000">
      <w:pPr>
        <w:pStyle w:val="Descripcin"/>
      </w:pPr>
      <w:r>
        <w:t>Tipo: Texto  |  Obligatorio</w:t>
      </w:r>
    </w:p>
    <w:p w14:paraId="3759B9E8" w14:textId="77777777" w:rsidR="00C96BA4" w:rsidRDefault="00000000">
      <w:r>
        <w:t>Respuesta: __________________________________________________________</w:t>
      </w:r>
    </w:p>
    <w:p w14:paraId="083DCCFB" w14:textId="77777777" w:rsidR="00C96BA4" w:rsidRDefault="00000000">
      <w:r>
        <w:t>_____________________________________________________________________</w:t>
      </w:r>
    </w:p>
    <w:p w14:paraId="45ED688A" w14:textId="77777777" w:rsidR="00C96BA4" w:rsidRDefault="00000000">
      <w:pPr>
        <w:keepNext/>
      </w:pPr>
      <w:r>
        <w:rPr>
          <w:b/>
        </w:rPr>
        <w:t>19 · Caso 3. Tipo de proyecto</w:t>
      </w:r>
    </w:p>
    <w:p w14:paraId="3FD0482E" w14:textId="77777777" w:rsidR="00C96BA4" w:rsidRDefault="00000000">
      <w:pPr>
        <w:pStyle w:val="Descripcin"/>
      </w:pPr>
      <w:r>
        <w:t>Tipo: Selección única  |  Obligatorio</w:t>
      </w:r>
    </w:p>
    <w:p w14:paraId="346DE294" w14:textId="77777777" w:rsidR="00C96BA4" w:rsidRDefault="00000000">
      <w:r>
        <w:lastRenderedPageBreak/>
        <w:t>Opciones / estructura: Activación   ☐ Evento corporativo   ☐ Evento masivo   ☐ Trade/Shopper   ☐ Retail Experience   ☐ Sampling/Promotoría   ☐ Roadshow   ☐ Experiencia inmersiva   ☐ Experiencia digital/híbrida   ☐ Stand   ☐ Otro</w:t>
      </w:r>
    </w:p>
    <w:p w14:paraId="769A27BF" w14:textId="77777777" w:rsidR="00C96BA4" w:rsidRDefault="00000000">
      <w:r>
        <w:t>Selección / respuesta: __________________________________________________</w:t>
      </w:r>
    </w:p>
    <w:p w14:paraId="12F3BE61" w14:textId="77777777" w:rsidR="00C96BA4" w:rsidRDefault="00000000">
      <w:pPr>
        <w:keepNext/>
      </w:pPr>
      <w:r>
        <w:rPr>
          <w:b/>
        </w:rPr>
        <w:t>20 · Caso 3. Fecha o periodo de ejecución</w:t>
      </w:r>
    </w:p>
    <w:p w14:paraId="2BDB499C" w14:textId="77777777" w:rsidR="00C96BA4" w:rsidRDefault="00000000">
      <w:pPr>
        <w:pStyle w:val="Descripcin"/>
      </w:pPr>
      <w:r>
        <w:t>Tipo: Fecha o periodo  |  Obligatorio</w:t>
      </w:r>
    </w:p>
    <w:p w14:paraId="16A3AC42" w14:textId="77777777" w:rsidR="00C96BA4" w:rsidRDefault="00000000">
      <w:r>
        <w:t>Respuesta: __________________________________________________________</w:t>
      </w:r>
    </w:p>
    <w:p w14:paraId="20141780" w14:textId="77777777" w:rsidR="00C96BA4" w:rsidRDefault="00000000">
      <w:pPr>
        <w:keepNext/>
      </w:pPr>
      <w:r>
        <w:rPr>
          <w:b/>
        </w:rPr>
        <w:t>21 · Caso 3. ¿Qué reto de negocio o comunicación debía resolver y cuáles eran los objetivos y KPI establecidos?</w:t>
      </w:r>
    </w:p>
    <w:p w14:paraId="3DD653D4" w14:textId="77777777" w:rsidR="00C96BA4" w:rsidRDefault="00000000">
      <w:pPr>
        <w:pStyle w:val="Descripcin"/>
      </w:pPr>
      <w:r>
        <w:t>Tipo: Texto ≤250 palabras  |  Obligatorio</w:t>
      </w:r>
    </w:p>
    <w:p w14:paraId="625ACD0C" w14:textId="77777777" w:rsidR="00C96BA4" w:rsidRDefault="00000000">
      <w:r>
        <w:t>Respuesta: __________________________________________________________</w:t>
      </w:r>
    </w:p>
    <w:p w14:paraId="507927D1" w14:textId="77777777" w:rsidR="00C96BA4" w:rsidRDefault="00000000">
      <w:r>
        <w:t>_____________________________________________________________________</w:t>
      </w:r>
    </w:p>
    <w:p w14:paraId="52F94A53" w14:textId="77777777" w:rsidR="00C96BA4" w:rsidRDefault="00000000">
      <w:pPr>
        <w:keepNext/>
      </w:pPr>
      <w:r>
        <w:rPr>
          <w:b/>
        </w:rPr>
        <w:t>22 · Caso 3. ¿Cuál fue el insight y la idea creativa?</w:t>
      </w:r>
    </w:p>
    <w:p w14:paraId="40A54458" w14:textId="77777777" w:rsidR="00C96BA4" w:rsidRDefault="00000000">
      <w:pPr>
        <w:pStyle w:val="Descripcin"/>
      </w:pPr>
      <w:r>
        <w:t>Tipo: Texto ≤250 palabras  |  Obligatorio</w:t>
      </w:r>
    </w:p>
    <w:p w14:paraId="1F3BB6EB" w14:textId="77777777" w:rsidR="00C96BA4" w:rsidRDefault="00000000">
      <w:r>
        <w:t>Respuesta: __________________________________________________________</w:t>
      </w:r>
    </w:p>
    <w:p w14:paraId="50E50BC5" w14:textId="77777777" w:rsidR="00C96BA4" w:rsidRDefault="00000000">
      <w:r>
        <w:t>_____________________________________________________________________</w:t>
      </w:r>
    </w:p>
    <w:p w14:paraId="7E015975" w14:textId="77777777" w:rsidR="00C96BA4" w:rsidRDefault="00000000">
      <w:pPr>
        <w:keepNext/>
      </w:pPr>
      <w:r>
        <w:rPr>
          <w:b/>
        </w:rPr>
        <w:t>23 · Caso 3. Describe la experiencia y cómo se ejecutó</w:t>
      </w:r>
    </w:p>
    <w:p w14:paraId="14D1D5FE" w14:textId="77777777" w:rsidR="00C96BA4" w:rsidRDefault="00000000">
      <w:pPr>
        <w:pStyle w:val="Descripcin"/>
      </w:pPr>
      <w:r>
        <w:t>Tipo: Texto ≤250 palabras  |  Obligatorio</w:t>
      </w:r>
    </w:p>
    <w:p w14:paraId="510B27BF" w14:textId="77777777" w:rsidR="00C96BA4" w:rsidRDefault="00000000">
      <w:r>
        <w:t>Respuesta: __________________________________________________________</w:t>
      </w:r>
    </w:p>
    <w:p w14:paraId="3400A640" w14:textId="77777777" w:rsidR="00C96BA4" w:rsidRDefault="00000000">
      <w:r>
        <w:t>_____________________________________________________________________</w:t>
      </w:r>
    </w:p>
    <w:p w14:paraId="17F6B341" w14:textId="77777777" w:rsidR="00C96BA4" w:rsidRDefault="00000000">
      <w:pPr>
        <w:keepNext/>
      </w:pPr>
      <w:r>
        <w:rPr>
          <w:b/>
        </w:rPr>
        <w:t>24 · Caso 3. ¿En qué ciudades y países se implementó?</w:t>
      </w:r>
    </w:p>
    <w:p w14:paraId="6E477B75" w14:textId="77777777" w:rsidR="00C96BA4" w:rsidRDefault="00000000">
      <w:pPr>
        <w:pStyle w:val="Descripcin"/>
      </w:pPr>
      <w:r>
        <w:t>Tipo: Texto  |  Obligatorio</w:t>
      </w:r>
    </w:p>
    <w:p w14:paraId="47583635" w14:textId="77777777" w:rsidR="00C96BA4" w:rsidRDefault="00000000">
      <w:r>
        <w:t>Respuesta: __________________________________________________________</w:t>
      </w:r>
    </w:p>
    <w:p w14:paraId="1E246F17" w14:textId="77777777" w:rsidR="00C96BA4" w:rsidRDefault="00000000">
      <w:r>
        <w:t>_____________________________________________________________________</w:t>
      </w:r>
    </w:p>
    <w:p w14:paraId="76C6850B" w14:textId="77777777" w:rsidR="00C96BA4" w:rsidRDefault="00000000">
      <w:pPr>
        <w:keepNext/>
      </w:pPr>
      <w:r>
        <w:rPr>
          <w:b/>
        </w:rPr>
        <w:t>25 · Caso 3. ¿Cuántas personas participaron?</w:t>
      </w:r>
    </w:p>
    <w:p w14:paraId="38EADFF9" w14:textId="77777777" w:rsidR="00C96BA4" w:rsidRDefault="00000000">
      <w:pPr>
        <w:pStyle w:val="Descripcin"/>
      </w:pPr>
      <w:r>
        <w:t>Tipo: Dos números  |  Obligatorio</w:t>
      </w:r>
    </w:p>
    <w:p w14:paraId="259F195E" w14:textId="77777777" w:rsidR="00C96BA4" w:rsidRDefault="00000000">
      <w:r>
        <w:t>Opciones / estructura: Participantes directos   ☐ Alcance indirecto (opcional)</w:t>
      </w:r>
    </w:p>
    <w:p w14:paraId="639CF0AE" w14:textId="77777777" w:rsidR="00C96BA4" w:rsidRDefault="00000000">
      <w:r>
        <w:t>Respuesta: __________________________________________________________</w:t>
      </w:r>
    </w:p>
    <w:p w14:paraId="16CA32A2" w14:textId="77777777" w:rsidR="00C96BA4" w:rsidRDefault="00000000">
      <w:pPr>
        <w:keepNext/>
      </w:pPr>
      <w:r>
        <w:rPr>
          <w:b/>
        </w:rPr>
        <w:t>26 · Caso 3. ¿Qué resultados medibles obtuvo frente a los objetivos?</w:t>
      </w:r>
    </w:p>
    <w:p w14:paraId="66052826" w14:textId="77777777" w:rsidR="00C96BA4" w:rsidRDefault="00000000">
      <w:pPr>
        <w:pStyle w:val="Descripcin"/>
      </w:pPr>
      <w:r>
        <w:t>Tipo: Texto ≤250 palabras + KPI opcionales  |  Obligatorio</w:t>
      </w:r>
    </w:p>
    <w:p w14:paraId="6EE21597" w14:textId="77777777" w:rsidR="00C96BA4" w:rsidRDefault="00000000">
      <w:r>
        <w:t>Respuesta: __________________________________________________________</w:t>
      </w:r>
    </w:p>
    <w:p w14:paraId="72632F3F" w14:textId="77777777" w:rsidR="00C96BA4" w:rsidRDefault="00000000">
      <w:r>
        <w:t>_____________________________________________________________________</w:t>
      </w:r>
    </w:p>
    <w:p w14:paraId="62188B95" w14:textId="77777777" w:rsidR="00C96BA4" w:rsidRDefault="00000000">
      <w:pPr>
        <w:keepNext/>
      </w:pPr>
      <w:r>
        <w:rPr>
          <w:b/>
        </w:rPr>
        <w:t>27 · Caso 3. ¿Cuál fue el rol de la agencia?</w:t>
      </w:r>
    </w:p>
    <w:p w14:paraId="62AFAB2B" w14:textId="77777777" w:rsidR="00C96BA4" w:rsidRDefault="00000000">
      <w:pPr>
        <w:pStyle w:val="Descripcin"/>
      </w:pPr>
      <w:r>
        <w:t>Tipo: Selección única + texto ≤150 palabras  |  Obligatorio</w:t>
      </w:r>
    </w:p>
    <w:p w14:paraId="08467AE0" w14:textId="77777777" w:rsidR="00C96BA4" w:rsidRDefault="00000000">
      <w:r>
        <w:t>Opciones / estructura: Agencia líder   ☐ Co-líder con otra agencia   ☐ Producción para otra agencia</w:t>
      </w:r>
    </w:p>
    <w:p w14:paraId="12E48638" w14:textId="77777777" w:rsidR="00C96BA4" w:rsidRDefault="00000000">
      <w:r>
        <w:t>Selección / respuesta: __________________________________________________</w:t>
      </w:r>
    </w:p>
    <w:p w14:paraId="63FDD793" w14:textId="77777777" w:rsidR="00C96BA4" w:rsidRDefault="00000000">
      <w:pPr>
        <w:keepNext/>
      </w:pPr>
      <w:r>
        <w:rPr>
          <w:b/>
        </w:rPr>
        <w:t>28 · Caso 3. Evidencias: video, fotografías, presentación y documentación de resultados</w:t>
      </w:r>
    </w:p>
    <w:p w14:paraId="1C441C50" w14:textId="77777777" w:rsidR="00C96BA4" w:rsidRDefault="00000000">
      <w:pPr>
        <w:pStyle w:val="Descripcin"/>
      </w:pPr>
      <w:r>
        <w:t>Tipo: Archivo o URL  |  Obligatorio</w:t>
      </w:r>
    </w:p>
    <w:p w14:paraId="7BFEF0D7" w14:textId="77777777" w:rsidR="00C96BA4" w:rsidRDefault="00000000">
      <w:r>
        <w:t>Respuesta: __________________________________________________________</w:t>
      </w:r>
    </w:p>
    <w:p w14:paraId="7E6A68C1" w14:textId="77777777" w:rsidR="00C96BA4" w:rsidRDefault="00000000">
      <w:r>
        <w:lastRenderedPageBreak/>
        <w:t>_____________________________________________________________________</w:t>
      </w:r>
    </w:p>
    <w:p w14:paraId="5341AFAB" w14:textId="77777777" w:rsidR="00C96BA4" w:rsidRDefault="00000000">
      <w:pPr>
        <w:keepNext/>
      </w:pPr>
      <w:r>
        <w:rPr>
          <w:b/>
        </w:rPr>
        <w:t>29 · Caso 3. Autorización del cliente y publicación del caso</w:t>
      </w:r>
    </w:p>
    <w:p w14:paraId="19FD2132" w14:textId="77777777" w:rsidR="00C96BA4" w:rsidRDefault="00000000">
      <w:pPr>
        <w:pStyle w:val="Descripcin"/>
      </w:pPr>
      <w:r>
        <w:t>Tipo: Dos checkboxes  |  Obligatorio</w:t>
      </w:r>
    </w:p>
    <w:p w14:paraId="1EEF2820" w14:textId="77777777" w:rsidR="00C96BA4" w:rsidRDefault="00000000">
      <w:r>
        <w:t>Opciones / estructura: Confirmo que cuento con autorización del cliente para compartir este caso (obligatorio)   ☐ Autorizo publicar este caso (opcional)</w:t>
      </w:r>
    </w:p>
    <w:p w14:paraId="57E30680" w14:textId="77777777" w:rsidR="00C96BA4" w:rsidRDefault="00000000">
      <w:r>
        <w:t>☐ Sí     ☐ No</w:t>
      </w:r>
    </w:p>
    <w:p w14:paraId="3B7D4327" w14:textId="77777777" w:rsidR="00C96BA4" w:rsidRDefault="00000000">
      <w:pPr>
        <w:pStyle w:val="Ttulo1"/>
      </w:pPr>
      <w:r>
        <w:t>EJECUCIÓN Y OPERACIÓN</w:t>
      </w:r>
    </w:p>
    <w:p w14:paraId="4F860329" w14:textId="77777777" w:rsidR="00C96BA4" w:rsidRDefault="00000000">
      <w:pPr>
        <w:keepNext/>
      </w:pPr>
      <w:r>
        <w:rPr>
          <w:b/>
        </w:rPr>
        <w:t>30. ¿Cuántos proyectos BTL y experiencias de marca ejecutaron durante el periodo considerado?</w:t>
      </w:r>
    </w:p>
    <w:p w14:paraId="63342D7C" w14:textId="77777777" w:rsidR="00C96BA4" w:rsidRDefault="00000000">
      <w:pPr>
        <w:pStyle w:val="Descripcin"/>
      </w:pPr>
      <w:r>
        <w:t>Tipo: Número  |  Obligatorio</w:t>
      </w:r>
    </w:p>
    <w:p w14:paraId="63C1D5F8" w14:textId="77777777" w:rsidR="00C96BA4" w:rsidRDefault="00000000">
      <w:r>
        <w:t>Respuesta: __________________________________________________________</w:t>
      </w:r>
    </w:p>
    <w:p w14:paraId="1E3A88D3" w14:textId="77777777" w:rsidR="00C96BA4" w:rsidRDefault="00000000">
      <w:pPr>
        <w:keepNext/>
      </w:pPr>
      <w:r>
        <w:rPr>
          <w:b/>
        </w:rPr>
        <w:t>31. ¿Cuántos eventos presenciales produjeron durante el periodo considerado?</w:t>
      </w:r>
    </w:p>
    <w:p w14:paraId="469FD88D" w14:textId="77777777" w:rsidR="00C96BA4" w:rsidRDefault="00000000">
      <w:pPr>
        <w:pStyle w:val="Descripcin"/>
      </w:pPr>
      <w:r>
        <w:t>Tipo: Número  |  Obligatorio</w:t>
      </w:r>
    </w:p>
    <w:p w14:paraId="7D436127" w14:textId="77777777" w:rsidR="00C96BA4" w:rsidRDefault="00000000">
      <w:r>
        <w:t>Respuesta: __________________________________________________________</w:t>
      </w:r>
    </w:p>
    <w:p w14:paraId="1CF2FD65" w14:textId="77777777" w:rsidR="00C96BA4" w:rsidRDefault="00000000">
      <w:pPr>
        <w:keepNext/>
      </w:pPr>
      <w:r>
        <w:rPr>
          <w:b/>
        </w:rPr>
        <w:t>32. ¿En cuántas ciudades y países operaron durante el periodo considerado?</w:t>
      </w:r>
    </w:p>
    <w:p w14:paraId="30EFD8A5" w14:textId="77777777" w:rsidR="00C96BA4" w:rsidRDefault="00000000">
      <w:pPr>
        <w:pStyle w:val="Descripcin"/>
      </w:pPr>
      <w:r>
        <w:t>Tipo: Dos números  |  Obligatorio</w:t>
      </w:r>
    </w:p>
    <w:p w14:paraId="7C56FA52" w14:textId="77777777" w:rsidR="00C96BA4" w:rsidRDefault="00000000">
      <w:r>
        <w:t>Opciones / estructura: Ciudades   ☐ Países</w:t>
      </w:r>
    </w:p>
    <w:p w14:paraId="2FCE0776" w14:textId="77777777" w:rsidR="00C96BA4" w:rsidRDefault="00000000">
      <w:r>
        <w:t>Respuesta: __________________________________________________________</w:t>
      </w:r>
    </w:p>
    <w:p w14:paraId="0E011475" w14:textId="77777777" w:rsidR="00C96BA4" w:rsidRDefault="00000000">
      <w:pPr>
        <w:keepNext/>
      </w:pPr>
      <w:r>
        <w:rPr>
          <w:b/>
        </w:rPr>
        <w:t>33. ¿Cuál fue el proyecto de mayor complejidad operativa?</w:t>
      </w:r>
    </w:p>
    <w:p w14:paraId="5A7A9722" w14:textId="77777777" w:rsidR="00C96BA4" w:rsidRDefault="00000000">
      <w:pPr>
        <w:pStyle w:val="Descripcin"/>
      </w:pPr>
      <w:r>
        <w:t>Tipo: Texto ≤200 palabras  |  Obligatorio</w:t>
      </w:r>
    </w:p>
    <w:p w14:paraId="2C04C9E5" w14:textId="77777777" w:rsidR="00C96BA4" w:rsidRDefault="00000000">
      <w:r>
        <w:t>Respuesta: __________________________________________________________</w:t>
      </w:r>
    </w:p>
    <w:p w14:paraId="4EC2282A" w14:textId="77777777" w:rsidR="00C96BA4" w:rsidRDefault="00000000">
      <w:r>
        <w:t>_____________________________________________________________________</w:t>
      </w:r>
    </w:p>
    <w:p w14:paraId="098BA229" w14:textId="77777777" w:rsidR="00C96BA4" w:rsidRDefault="00000000">
      <w:pPr>
        <w:keepNext/>
      </w:pPr>
      <w:r>
        <w:rPr>
          <w:b/>
        </w:rPr>
        <w:t>34. ¿Cuáles son sus capacidades operativas propias?</w:t>
      </w:r>
    </w:p>
    <w:p w14:paraId="4CD8BCA3" w14:textId="77777777" w:rsidR="00C96BA4" w:rsidRDefault="00000000">
      <w:pPr>
        <w:pStyle w:val="Descripcin"/>
      </w:pPr>
      <w:r>
        <w:t>Tipo: Selección múltiple  |  Obligatorio</w:t>
      </w:r>
    </w:p>
    <w:p w14:paraId="31C98678" w14:textId="77777777" w:rsidR="00C96BA4" w:rsidRDefault="00000000">
      <w:r>
        <w:t>Opciones / estructura: Producción   ☐ Almacén   ☐ Logística   ☐ Transporte   ☐ Personal de campo   ☐ Tecnología   ☐ Diseño   ☐ Fabricación   ☐ Montaje   ☐ Supervisión   ☐ Otras   ☐ Ninguna</w:t>
      </w:r>
    </w:p>
    <w:p w14:paraId="1B38677D" w14:textId="77777777" w:rsidR="00C96BA4" w:rsidRDefault="00000000">
      <w:r>
        <w:t>Selección / respuesta: __________________________________________________</w:t>
      </w:r>
    </w:p>
    <w:p w14:paraId="5DE6DB3C" w14:textId="77777777" w:rsidR="00C96BA4" w:rsidRDefault="00000000">
      <w:pPr>
        <w:keepNext/>
      </w:pPr>
      <w:r>
        <w:rPr>
          <w:b/>
        </w:rPr>
        <w:t>35. ¿Cómo planifican y administran los proyectos, y cómo garantizan tiempos, presupuestos y calidad?</w:t>
      </w:r>
    </w:p>
    <w:p w14:paraId="7C7568CE" w14:textId="77777777" w:rsidR="00C96BA4" w:rsidRDefault="00000000">
      <w:pPr>
        <w:pStyle w:val="Descripcin"/>
      </w:pPr>
      <w:r>
        <w:t>Tipo: Texto ≤200 palabras  |  Obligatorio</w:t>
      </w:r>
    </w:p>
    <w:p w14:paraId="3F42A923" w14:textId="77777777" w:rsidR="00C96BA4" w:rsidRDefault="00000000">
      <w:r>
        <w:t>Respuesta: __________________________________________________________</w:t>
      </w:r>
    </w:p>
    <w:p w14:paraId="7B5F78C1" w14:textId="77777777" w:rsidR="00C96BA4" w:rsidRDefault="00000000">
      <w:r>
        <w:t>_____________________________________________________________________</w:t>
      </w:r>
    </w:p>
    <w:p w14:paraId="18A88A8A" w14:textId="77777777" w:rsidR="00C96BA4" w:rsidRDefault="00000000">
      <w:pPr>
        <w:keepNext/>
      </w:pPr>
      <w:r>
        <w:rPr>
          <w:b/>
        </w:rPr>
        <w:t>36. ¿Qué protocolos utilizan para gestionar riesgos, seguridad y contingencias?</w:t>
      </w:r>
    </w:p>
    <w:p w14:paraId="14D77E84" w14:textId="77777777" w:rsidR="00C96BA4" w:rsidRDefault="00000000">
      <w:pPr>
        <w:pStyle w:val="Descripcin"/>
      </w:pPr>
      <w:r>
        <w:t>Tipo: Texto ≤200 palabras  |  Obligatorio</w:t>
      </w:r>
    </w:p>
    <w:p w14:paraId="2A1D5224" w14:textId="77777777" w:rsidR="00C96BA4" w:rsidRDefault="00000000">
      <w:r>
        <w:t>Respuesta: __________________________________________________________</w:t>
      </w:r>
    </w:p>
    <w:p w14:paraId="41E4EDCB" w14:textId="77777777" w:rsidR="00C96BA4" w:rsidRDefault="00000000">
      <w:r>
        <w:t>_____________________________________________________________________</w:t>
      </w:r>
    </w:p>
    <w:p w14:paraId="06835FDD" w14:textId="77777777" w:rsidR="00C96BA4" w:rsidRDefault="00000000">
      <w:pPr>
        <w:pStyle w:val="Ttulo1"/>
      </w:pPr>
      <w:r>
        <w:lastRenderedPageBreak/>
        <w:t>PRODUCCIÓN Y PROVEEDORES</w:t>
      </w:r>
    </w:p>
    <w:p w14:paraId="79014FF6" w14:textId="77777777" w:rsidR="00C96BA4" w:rsidRDefault="00000000">
      <w:pPr>
        <w:keepNext/>
      </w:pPr>
      <w:r>
        <w:rPr>
          <w:b/>
        </w:rPr>
        <w:t>37. ¿Qué servicios producen internamente y cuáles subcontratan?</w:t>
      </w:r>
    </w:p>
    <w:p w14:paraId="426596CA" w14:textId="77777777" w:rsidR="00C96BA4" w:rsidRDefault="00000000">
      <w:pPr>
        <w:pStyle w:val="Descripcin"/>
      </w:pPr>
      <w:r>
        <w:t>Tipo: Matriz  |  Obligatorio</w:t>
      </w:r>
    </w:p>
    <w:p w14:paraId="4E569820" w14:textId="77777777" w:rsidR="00C96BA4" w:rsidRDefault="00000000">
      <w:r>
        <w:t>Opciones / estructura: Filas: Escenografía, stands, fabricación, impresión, audiovisual, tecnología, logística, transporte, staffing, eventos. Columnas: Interno / Subcontratado / No ofrecido</w:t>
      </w:r>
    </w:p>
    <w:p w14:paraId="6B16EE2C" w14:textId="77777777" w:rsidR="00C96BA4" w:rsidRDefault="00000000">
      <w:r>
        <w:t>Selección / respuesta: __________________________________________________</w:t>
      </w:r>
    </w:p>
    <w:p w14:paraId="69BBF30F" w14:textId="77777777" w:rsidR="00C96BA4" w:rsidRDefault="00000000">
      <w:pPr>
        <w:keepNext/>
      </w:pPr>
      <w:r>
        <w:rPr>
          <w:b/>
        </w:rPr>
        <w:t>38. ¿Qué criterios utilizan para seleccionar y evaluar proveedores?</w:t>
      </w:r>
    </w:p>
    <w:p w14:paraId="6A6887FF" w14:textId="77777777" w:rsidR="00C96BA4" w:rsidRDefault="00000000">
      <w:pPr>
        <w:pStyle w:val="Descripcin"/>
      </w:pPr>
      <w:r>
        <w:t>Tipo: Texto ≤150 palabras  |  Obligatorio</w:t>
      </w:r>
    </w:p>
    <w:p w14:paraId="47364403" w14:textId="77777777" w:rsidR="00C96BA4" w:rsidRDefault="00000000">
      <w:r>
        <w:t>Respuesta: __________________________________________________________</w:t>
      </w:r>
    </w:p>
    <w:p w14:paraId="07DC0308" w14:textId="77777777" w:rsidR="00C96BA4" w:rsidRDefault="00000000">
      <w:r>
        <w:t>_____________________________________________________________________</w:t>
      </w:r>
    </w:p>
    <w:p w14:paraId="1E6CF884" w14:textId="77777777" w:rsidR="00C96BA4" w:rsidRDefault="00000000">
      <w:pPr>
        <w:pStyle w:val="Ttulo1"/>
      </w:pPr>
      <w:r>
        <w:t>SUSTENTABILIDAD</w:t>
      </w:r>
    </w:p>
    <w:p w14:paraId="558692AE" w14:textId="77777777" w:rsidR="00C96BA4" w:rsidRDefault="00000000">
      <w:pPr>
        <w:keepNext/>
      </w:pPr>
      <w:r>
        <w:rPr>
          <w:b/>
        </w:rPr>
        <w:t>39. ¿Cuentan con políticas de producción sustentable?</w:t>
      </w:r>
    </w:p>
    <w:p w14:paraId="26B5F5EE" w14:textId="77777777" w:rsidR="00C96BA4" w:rsidRDefault="00000000">
      <w:pPr>
        <w:pStyle w:val="Descripcin"/>
      </w:pPr>
      <w:r>
        <w:t>Tipo: Sí/No  |  Obligatorio</w:t>
      </w:r>
    </w:p>
    <w:p w14:paraId="2DA86156" w14:textId="77777777" w:rsidR="00C96BA4" w:rsidRDefault="00000000">
      <w:r>
        <w:t>☐ Sí     ☐ No</w:t>
      </w:r>
    </w:p>
    <w:p w14:paraId="2FAAEAB9" w14:textId="77777777" w:rsidR="00C96BA4" w:rsidRDefault="00000000">
      <w:pPr>
        <w:keepNext/>
      </w:pPr>
      <w:r>
        <w:rPr>
          <w:b/>
        </w:rPr>
        <w:t>40. ¿Qué acciones aplican para reducir el impacto ambiental de sus producciones?</w:t>
      </w:r>
    </w:p>
    <w:p w14:paraId="4AFB83D0" w14:textId="77777777" w:rsidR="00C96BA4" w:rsidRDefault="00000000">
      <w:pPr>
        <w:pStyle w:val="Descripcin"/>
      </w:pPr>
      <w:r>
        <w:t>Tipo: Texto ≤200 palabras  |  Opcional</w:t>
      </w:r>
    </w:p>
    <w:p w14:paraId="2DFC9CC7" w14:textId="77777777" w:rsidR="00C96BA4" w:rsidRDefault="00000000">
      <w:r>
        <w:t>Respuesta: __________________________________________________________</w:t>
      </w:r>
    </w:p>
    <w:p w14:paraId="4F174C71" w14:textId="77777777" w:rsidR="00C96BA4" w:rsidRDefault="00000000">
      <w:r>
        <w:t>_____________________________________________________________________</w:t>
      </w:r>
    </w:p>
    <w:p w14:paraId="4BDC7633" w14:textId="77777777" w:rsidR="00C96BA4" w:rsidRDefault="00000000">
      <w:pPr>
        <w:keepNext/>
      </w:pPr>
      <w:r>
        <w:rPr>
          <w:b/>
        </w:rPr>
        <w:t>41. ¿Cómo miden los resultados de sus iniciativas de sustentabilidad?</w:t>
      </w:r>
    </w:p>
    <w:p w14:paraId="63AF52A0" w14:textId="77777777" w:rsidR="00C96BA4" w:rsidRDefault="00000000">
      <w:pPr>
        <w:pStyle w:val="Descripcin"/>
      </w:pPr>
      <w:r>
        <w:t>Tipo: Texto ≤150 palabras  |  Condicional</w:t>
      </w:r>
    </w:p>
    <w:p w14:paraId="5801A4A2" w14:textId="77777777" w:rsidR="00C96BA4" w:rsidRDefault="00000000">
      <w:r>
        <w:t>Nota: Mostrar solo si tiene políticas de producción sustentable = Sí</w:t>
      </w:r>
    </w:p>
    <w:p w14:paraId="5215B2E4" w14:textId="77777777" w:rsidR="00C96BA4" w:rsidRDefault="00000000">
      <w:r>
        <w:t>Respuesta: __________________________________________________________</w:t>
      </w:r>
    </w:p>
    <w:p w14:paraId="257CBF14" w14:textId="77777777" w:rsidR="00C96BA4" w:rsidRDefault="00000000">
      <w:r>
        <w:t>_____________________________________________________________________</w:t>
      </w:r>
    </w:p>
    <w:p w14:paraId="3DBB2B79" w14:textId="77777777" w:rsidR="00C96BA4" w:rsidRDefault="00000000">
      <w:pPr>
        <w:pStyle w:val="Ttulo1"/>
      </w:pPr>
      <w:r>
        <w:t>INNOVACIÓN Y TECNOLOGÍA</w:t>
      </w:r>
    </w:p>
    <w:p w14:paraId="507F8631" w14:textId="77777777" w:rsidR="00C96BA4" w:rsidRDefault="00000000">
      <w:pPr>
        <w:keepNext/>
      </w:pPr>
      <w:r>
        <w:rPr>
          <w:b/>
        </w:rPr>
        <w:t>42. ¿Qué nuevas capacidades desarrollaron durante el periodo considerado y cómo utilizan la inteligencia artificial?</w:t>
      </w:r>
    </w:p>
    <w:p w14:paraId="474BD959" w14:textId="77777777" w:rsidR="00C96BA4" w:rsidRDefault="00000000">
      <w:pPr>
        <w:pStyle w:val="Descripcin"/>
      </w:pPr>
      <w:r>
        <w:t>Tipo: Texto ≤200 palabras  |  Obligatorio</w:t>
      </w:r>
    </w:p>
    <w:p w14:paraId="43DDF31D" w14:textId="77777777" w:rsidR="00C96BA4" w:rsidRDefault="00000000">
      <w:r>
        <w:t>Respuesta: __________________________________________________________</w:t>
      </w:r>
    </w:p>
    <w:p w14:paraId="34C479D3" w14:textId="77777777" w:rsidR="00C96BA4" w:rsidRDefault="00000000">
      <w:r>
        <w:t>_____________________________________________________________________</w:t>
      </w:r>
    </w:p>
    <w:p w14:paraId="708268C5" w14:textId="77777777" w:rsidR="00C96BA4" w:rsidRDefault="00000000">
      <w:pPr>
        <w:keepNext/>
      </w:pPr>
      <w:r>
        <w:rPr>
          <w:b/>
        </w:rPr>
        <w:t>43. ¿Qué tecnologías utilizan para desarrollar experiencias de marca?</w:t>
      </w:r>
    </w:p>
    <w:p w14:paraId="55FA3498" w14:textId="77777777" w:rsidR="00C96BA4" w:rsidRDefault="00000000">
      <w:pPr>
        <w:pStyle w:val="Descripcin"/>
      </w:pPr>
      <w:r>
        <w:t>Tipo: Selección múltiple  |  Obligatorio</w:t>
      </w:r>
    </w:p>
    <w:p w14:paraId="7AC07BC3" w14:textId="77777777" w:rsidR="00C96BA4" w:rsidRDefault="00000000">
      <w:r>
        <w:t>Opciones / estructura: IA   ☐ AR   ☐ VR   ☐ Realidad mixta   ☐ RFID   ☐ NFC   ☐ Gamificación   ☐ Pantallas interactivas   ☐ Sensores   ☐ IoT   ☐ Análisis de datos   ☐ Otras   ☐ Ninguna</w:t>
      </w:r>
    </w:p>
    <w:p w14:paraId="4558F228" w14:textId="77777777" w:rsidR="00C96BA4" w:rsidRDefault="00000000">
      <w:r>
        <w:t>Selección / respuesta: __________________________________________________</w:t>
      </w:r>
    </w:p>
    <w:p w14:paraId="004ECE5D" w14:textId="77777777" w:rsidR="00C96BA4" w:rsidRDefault="00000000">
      <w:pPr>
        <w:keepNext/>
      </w:pPr>
      <w:r>
        <w:rPr>
          <w:b/>
        </w:rPr>
        <w:t>44. ¿Cómo recopilan, analizan y utilizan los datos de sus experiencias? Comparte un ejemplo</w:t>
      </w:r>
    </w:p>
    <w:p w14:paraId="6A4F737D" w14:textId="77777777" w:rsidR="00C96BA4" w:rsidRDefault="00000000">
      <w:pPr>
        <w:pStyle w:val="Descripcin"/>
      </w:pPr>
      <w:r>
        <w:t>Tipo: Texto ≤200 palabras  |  Obligatorio</w:t>
      </w:r>
    </w:p>
    <w:p w14:paraId="050E7AFA" w14:textId="77777777" w:rsidR="00C96BA4" w:rsidRDefault="00000000">
      <w:r>
        <w:lastRenderedPageBreak/>
        <w:t>Respuesta: __________________________________________________________</w:t>
      </w:r>
    </w:p>
    <w:p w14:paraId="17906E4A" w14:textId="77777777" w:rsidR="00C96BA4" w:rsidRDefault="00000000">
      <w:r>
        <w:t>_____________________________________________________________________</w:t>
      </w:r>
    </w:p>
    <w:p w14:paraId="1AE3B978" w14:textId="77777777" w:rsidR="00C96BA4" w:rsidRDefault="00000000">
      <w:pPr>
        <w:pStyle w:val="Ttulo1"/>
      </w:pPr>
      <w:r>
        <w:t>NEGOCIO Y CRECIMIENTO</w:t>
      </w:r>
    </w:p>
    <w:p w14:paraId="2D4EE6FE" w14:textId="77777777" w:rsidR="00C96BA4" w:rsidRDefault="00000000">
      <w:pPr>
        <w:keepNext/>
      </w:pPr>
      <w:r>
        <w:rPr>
          <w:b/>
        </w:rPr>
        <w:t>45. ¿Cuál fue el crecimiento de los ingresos del periodo considerado respecto al periodo anterior?</w:t>
      </w:r>
    </w:p>
    <w:p w14:paraId="4700732B" w14:textId="77777777" w:rsidR="00C96BA4" w:rsidRDefault="00000000">
      <w:pPr>
        <w:pStyle w:val="Descripcin"/>
      </w:pPr>
      <w:r>
        <w:t>Tipo: Selección única  |  Obligatorio</w:t>
      </w:r>
    </w:p>
    <w:p w14:paraId="774F0ABD" w14:textId="77777777" w:rsidR="00C96BA4" w:rsidRDefault="00000000">
      <w:r>
        <w:t>Opciones / estructura: Decrecimiento   ☐ Sin variación (0%)   ☐ 1–10%   ☐ 11–25%   ☐ 26–50%   ☐ Más de 50%</w:t>
      </w:r>
    </w:p>
    <w:p w14:paraId="2E5BF7DC" w14:textId="77777777" w:rsidR="00C96BA4" w:rsidRDefault="00000000">
      <w:r>
        <w:t>Selección / respuesta: __________________________________________________</w:t>
      </w:r>
    </w:p>
    <w:p w14:paraId="19408EDD" w14:textId="77777777" w:rsidR="00C96BA4" w:rsidRDefault="00000000">
      <w:pPr>
        <w:keepNext/>
      </w:pPr>
      <w:r>
        <w:rPr>
          <w:b/>
        </w:rPr>
        <w:t>46. Rango de facturación anual del periodo considerado</w:t>
      </w:r>
    </w:p>
    <w:p w14:paraId="5CB562E4" w14:textId="77777777" w:rsidR="00C96BA4" w:rsidRDefault="00000000">
      <w:pPr>
        <w:pStyle w:val="Descripcin"/>
      </w:pPr>
      <w:r>
        <w:t>Tipo: Selección única  |  Opcional</w:t>
      </w:r>
    </w:p>
    <w:p w14:paraId="359F9DEB" w14:textId="77777777" w:rsidR="00C96BA4" w:rsidRDefault="00000000">
      <w:r>
        <w:t>Opciones / estructura: Menos de 10 MDP   ☐ 10–50 MDP   ☐ 50–150 MDP   ☐ 150–500 MDP   ☐ Más de 500 MDP   ☐ Prefiero no responder</w:t>
      </w:r>
    </w:p>
    <w:p w14:paraId="477A1916" w14:textId="77777777" w:rsidR="00C96BA4" w:rsidRDefault="00000000">
      <w:r>
        <w:t>Nota: Confidencial. Uso exclusivo para normalizar indicadores por tamaño; nunca se publica</w:t>
      </w:r>
    </w:p>
    <w:p w14:paraId="32213D3B" w14:textId="77777777" w:rsidR="00C96BA4" w:rsidRDefault="00000000">
      <w:r>
        <w:t>Selección / respuesta: __________________________________________________</w:t>
      </w:r>
    </w:p>
    <w:p w14:paraId="4036CAEA" w14:textId="77777777" w:rsidR="00C96BA4" w:rsidRDefault="00000000">
      <w:pPr>
        <w:keepNext/>
      </w:pPr>
      <w:r>
        <w:rPr>
          <w:b/>
        </w:rPr>
        <w:t>47. ¿Cuántos clientes activos tuvieron durante el periodo considerado?</w:t>
      </w:r>
    </w:p>
    <w:p w14:paraId="11133B9E" w14:textId="77777777" w:rsidR="00C96BA4" w:rsidRDefault="00000000">
      <w:pPr>
        <w:pStyle w:val="Descripcin"/>
      </w:pPr>
      <w:r>
        <w:t>Tipo: Número  |  Obligatorio</w:t>
      </w:r>
    </w:p>
    <w:p w14:paraId="29E2D040" w14:textId="77777777" w:rsidR="00C96BA4" w:rsidRDefault="00000000">
      <w:r>
        <w:t>Respuesta: __________________________________________________________</w:t>
      </w:r>
    </w:p>
    <w:p w14:paraId="7D5BF566" w14:textId="77777777" w:rsidR="00C96BA4" w:rsidRDefault="00000000">
      <w:pPr>
        <w:keepNext/>
      </w:pPr>
      <w:r>
        <w:rPr>
          <w:b/>
        </w:rPr>
        <w:t>48. ¿Cuántos clientes nuevos incorporaron durante el periodo considerado?</w:t>
      </w:r>
    </w:p>
    <w:p w14:paraId="4BE23534" w14:textId="77777777" w:rsidR="00C96BA4" w:rsidRDefault="00000000">
      <w:pPr>
        <w:pStyle w:val="Descripcin"/>
      </w:pPr>
      <w:r>
        <w:t>Tipo: Número  |  Obligatorio</w:t>
      </w:r>
    </w:p>
    <w:p w14:paraId="401FDC24" w14:textId="77777777" w:rsidR="00C96BA4" w:rsidRDefault="00000000">
      <w:r>
        <w:t>Respuesta: __________________________________________________________</w:t>
      </w:r>
    </w:p>
    <w:p w14:paraId="214D1929" w14:textId="77777777" w:rsidR="00C96BA4" w:rsidRDefault="00000000">
      <w:pPr>
        <w:keepNext/>
      </w:pPr>
      <w:r>
        <w:rPr>
          <w:b/>
        </w:rPr>
        <w:t>49. ¿Cuál fue su porcentaje de retención de clientes?</w:t>
      </w:r>
    </w:p>
    <w:p w14:paraId="25CB09B2" w14:textId="77777777" w:rsidR="00C96BA4" w:rsidRDefault="00000000">
      <w:pPr>
        <w:pStyle w:val="Descripcin"/>
      </w:pPr>
      <w:r>
        <w:t>Tipo: Porcentaje  |  Obligatorio</w:t>
      </w:r>
    </w:p>
    <w:p w14:paraId="793FB64C" w14:textId="77777777" w:rsidR="00C96BA4" w:rsidRDefault="00000000">
      <w:r>
        <w:t>Respuesta: __________________________________________________________</w:t>
      </w:r>
    </w:p>
    <w:p w14:paraId="1C416A23" w14:textId="77777777" w:rsidR="00C96BA4" w:rsidRDefault="00000000">
      <w:pPr>
        <w:keepNext/>
      </w:pPr>
      <w:r>
        <w:rPr>
          <w:b/>
        </w:rPr>
        <w:t>50. ¿Cuáles fueron sus cinco principales clientes?</w:t>
      </w:r>
    </w:p>
    <w:p w14:paraId="1491832E" w14:textId="77777777" w:rsidR="00C96BA4" w:rsidRDefault="00000000">
      <w:pPr>
        <w:pStyle w:val="Descripcin"/>
      </w:pPr>
      <w:r>
        <w:t>Tipo: Hasta cinco textos  |  Opcional</w:t>
      </w:r>
    </w:p>
    <w:p w14:paraId="2D62339C" w14:textId="77777777" w:rsidR="00C96BA4" w:rsidRDefault="00000000">
      <w:r>
        <w:t>Nota: Confidencial salvo autorización</w:t>
      </w:r>
    </w:p>
    <w:p w14:paraId="2B62AE7B" w14:textId="77777777" w:rsidR="00C96BA4" w:rsidRDefault="00000000">
      <w:r>
        <w:t>Respuesta: __________________________________________________________</w:t>
      </w:r>
    </w:p>
    <w:p w14:paraId="03CC711D" w14:textId="77777777" w:rsidR="00C96BA4" w:rsidRDefault="00000000">
      <w:r>
        <w:t>_____________________________________________________________________</w:t>
      </w:r>
    </w:p>
    <w:p w14:paraId="551C2380" w14:textId="77777777" w:rsidR="00C96BA4" w:rsidRDefault="00000000">
      <w:pPr>
        <w:keepNext/>
      </w:pPr>
      <w:r>
        <w:rPr>
          <w:b/>
        </w:rPr>
        <w:t>51. ¿En qué industrias tienen mayor presencia?</w:t>
      </w:r>
    </w:p>
    <w:p w14:paraId="338AC7A8" w14:textId="77777777" w:rsidR="00C96BA4" w:rsidRDefault="00000000">
      <w:pPr>
        <w:pStyle w:val="Descripcin"/>
      </w:pPr>
      <w:r>
        <w:t>Tipo: Selección múltiple  |  Obligatorio</w:t>
      </w:r>
    </w:p>
    <w:p w14:paraId="6E1A4FEB" w14:textId="77777777" w:rsidR="00C96BA4" w:rsidRDefault="00000000">
      <w:r>
        <w:t>Opciones / estructura: Alimentos y bebidas   ☐ Automotriz   ☐ Tecnología   ☐ Telecomunicaciones   ☐ Retail   ☐ Finanzas   ☐ Salud   ☐ Entretenimiento   ☐ Turismo   ☐ Belleza   ☐ Educación   ☐ Sector público   ☐ Otras</w:t>
      </w:r>
    </w:p>
    <w:p w14:paraId="0278ED0D" w14:textId="77777777" w:rsidR="00C96BA4" w:rsidRDefault="00000000">
      <w:r>
        <w:t>Selección / respuesta: __________________________________________________</w:t>
      </w:r>
    </w:p>
    <w:p w14:paraId="742AB6CE" w14:textId="77777777" w:rsidR="00C96BA4" w:rsidRDefault="00000000">
      <w:pPr>
        <w:keepNext/>
      </w:pPr>
      <w:r>
        <w:rPr>
          <w:b/>
        </w:rPr>
        <w:t>52. ¿Cuál fue el principal logro comercial del periodo considerado?</w:t>
      </w:r>
    </w:p>
    <w:p w14:paraId="25B3E7B0" w14:textId="77777777" w:rsidR="00C96BA4" w:rsidRDefault="00000000">
      <w:pPr>
        <w:pStyle w:val="Descripcin"/>
      </w:pPr>
      <w:r>
        <w:t>Tipo: Texto ≤150 palabras  |  Obligatorio</w:t>
      </w:r>
    </w:p>
    <w:p w14:paraId="01CC163F" w14:textId="77777777" w:rsidR="00C96BA4" w:rsidRDefault="00000000">
      <w:r>
        <w:t>Respuesta: __________________________________________________________</w:t>
      </w:r>
    </w:p>
    <w:p w14:paraId="0D7E110F" w14:textId="77777777" w:rsidR="00C96BA4" w:rsidRDefault="00000000">
      <w:r>
        <w:lastRenderedPageBreak/>
        <w:t>_____________________________________________________________________</w:t>
      </w:r>
    </w:p>
    <w:p w14:paraId="38611956" w14:textId="77777777" w:rsidR="00C96BA4" w:rsidRDefault="00000000">
      <w:pPr>
        <w:pStyle w:val="Ttulo1"/>
      </w:pPr>
      <w:r>
        <w:t>TALENTO Y CULTURA</w:t>
      </w:r>
    </w:p>
    <w:p w14:paraId="0015BB28" w14:textId="77777777" w:rsidR="00C96BA4" w:rsidRDefault="00000000">
      <w:pPr>
        <w:keepNext/>
      </w:pPr>
      <w:r>
        <w:rPr>
          <w:b/>
        </w:rPr>
        <w:t>53. ¿Cómo atraen, desarrollan y retienen a su talento?</w:t>
      </w:r>
    </w:p>
    <w:p w14:paraId="5CB9A8DF" w14:textId="77777777" w:rsidR="00C96BA4" w:rsidRDefault="00000000">
      <w:pPr>
        <w:pStyle w:val="Descripcin"/>
      </w:pPr>
      <w:r>
        <w:t>Tipo: Texto ≤200 palabras  |  Obligatorio</w:t>
      </w:r>
    </w:p>
    <w:p w14:paraId="59906DD2" w14:textId="77777777" w:rsidR="00C96BA4" w:rsidRDefault="00000000">
      <w:r>
        <w:t>Respuesta: __________________________________________________________</w:t>
      </w:r>
    </w:p>
    <w:p w14:paraId="14D1ED9B" w14:textId="77777777" w:rsidR="00C96BA4" w:rsidRDefault="00000000">
      <w:r>
        <w:t>_____________________________________________________________________</w:t>
      </w:r>
    </w:p>
    <w:p w14:paraId="5494FE64" w14:textId="77777777" w:rsidR="00C96BA4" w:rsidRDefault="00000000">
      <w:pPr>
        <w:keepNext/>
      </w:pPr>
      <w:r>
        <w:rPr>
          <w:b/>
        </w:rPr>
        <w:t>54. ¿Qué acciones realizan para el bienestar y la seguridad de sus equipos permanentes y eventuales?</w:t>
      </w:r>
    </w:p>
    <w:p w14:paraId="72F02D2C" w14:textId="77777777" w:rsidR="00C96BA4" w:rsidRDefault="00000000">
      <w:pPr>
        <w:pStyle w:val="Descripcin"/>
      </w:pPr>
      <w:r>
        <w:t>Tipo: Texto ≤200 palabras  |  Obligatorio</w:t>
      </w:r>
    </w:p>
    <w:p w14:paraId="0301F1F1" w14:textId="77777777" w:rsidR="00C96BA4" w:rsidRDefault="00000000">
      <w:r>
        <w:t>Respuesta: __________________________________________________________</w:t>
      </w:r>
    </w:p>
    <w:p w14:paraId="7CAB4EE3" w14:textId="77777777" w:rsidR="00C96BA4" w:rsidRDefault="00000000">
      <w:r>
        <w:t>_____________________________________________________________________</w:t>
      </w:r>
    </w:p>
    <w:p w14:paraId="52FE5E57" w14:textId="77777777" w:rsidR="00C96BA4" w:rsidRDefault="00000000">
      <w:pPr>
        <w:keepNext/>
      </w:pPr>
      <w:r>
        <w:rPr>
          <w:b/>
        </w:rPr>
        <w:t>55. ¿Cuentan con políticas formales de diversidad, equidad e inclusión?</w:t>
      </w:r>
    </w:p>
    <w:p w14:paraId="0376148A" w14:textId="77777777" w:rsidR="00C96BA4" w:rsidRDefault="00000000">
      <w:pPr>
        <w:pStyle w:val="Descripcin"/>
      </w:pPr>
      <w:r>
        <w:t>Tipo: Sí/No  |  Obligatorio</w:t>
      </w:r>
    </w:p>
    <w:p w14:paraId="63FE98F2" w14:textId="77777777" w:rsidR="00C96BA4" w:rsidRDefault="00000000">
      <w:r>
        <w:t>☐ Sí     ☐ No</w:t>
      </w:r>
    </w:p>
    <w:p w14:paraId="393E5933" w14:textId="77777777" w:rsidR="00C96BA4" w:rsidRDefault="00000000">
      <w:pPr>
        <w:keepNext/>
      </w:pPr>
      <w:r>
        <w:rPr>
          <w:b/>
        </w:rPr>
        <w:t>56. Describe las acciones implementadas y cómo miden sus resultados</w:t>
      </w:r>
    </w:p>
    <w:p w14:paraId="27F0D8D7" w14:textId="77777777" w:rsidR="00C96BA4" w:rsidRDefault="00000000">
      <w:pPr>
        <w:pStyle w:val="Descripcin"/>
      </w:pPr>
      <w:r>
        <w:t>Tipo: Texto ≤150 palabras  |  Condicional</w:t>
      </w:r>
    </w:p>
    <w:p w14:paraId="5DBB6561" w14:textId="77777777" w:rsidR="00C96BA4" w:rsidRDefault="00000000">
      <w:r>
        <w:t>Nota: Mostrar solo si la respuesta anterior es Sí</w:t>
      </w:r>
    </w:p>
    <w:p w14:paraId="792D19B2" w14:textId="77777777" w:rsidR="00C96BA4" w:rsidRDefault="00000000">
      <w:r>
        <w:t>Respuesta: __________________________________________________________</w:t>
      </w:r>
    </w:p>
    <w:p w14:paraId="523FAB3D" w14:textId="77777777" w:rsidR="00C96BA4" w:rsidRDefault="00000000">
      <w:r>
        <w:t>_____________________________________________________________________</w:t>
      </w:r>
    </w:p>
    <w:p w14:paraId="6F991A73" w14:textId="77777777" w:rsidR="00C96BA4" w:rsidRDefault="00000000">
      <w:pPr>
        <w:pStyle w:val="Ttulo1"/>
      </w:pPr>
      <w:r>
        <w:t>PREMIOS Y RECONOCIMIENTOS</w:t>
      </w:r>
    </w:p>
    <w:p w14:paraId="5F989F11" w14:textId="77777777" w:rsidR="00C96BA4" w:rsidRDefault="00000000">
      <w:pPr>
        <w:keepNext/>
      </w:pPr>
      <w:r>
        <w:rPr>
          <w:b/>
        </w:rPr>
        <w:t>57. Premios nacionales obtenidos durante el periodo considerado</w:t>
      </w:r>
    </w:p>
    <w:p w14:paraId="7D1B4196" w14:textId="77777777" w:rsidR="00C96BA4" w:rsidRDefault="00000000">
      <w:pPr>
        <w:pStyle w:val="Descripcin"/>
      </w:pPr>
      <w:r>
        <w:t>Tipo: Registro repetible  |  Opcional</w:t>
      </w:r>
    </w:p>
    <w:p w14:paraId="19B025B5" w14:textId="77777777" w:rsidR="00C96BA4" w:rsidRDefault="00000000">
      <w:r>
        <w:t>Opciones / estructura: Festival   ☐ Fecha de otorgamiento   ☐ Categoría   ☐ Metal/reconocimiento   ☐ Proyecto   ☐ URL de la lista oficial de ganadores</w:t>
      </w:r>
    </w:p>
    <w:p w14:paraId="15A3614E" w14:textId="77777777" w:rsidR="00C96BA4" w:rsidRDefault="00000000">
      <w:r>
        <w:t>Respuesta: __________________________________________________________</w:t>
      </w:r>
    </w:p>
    <w:p w14:paraId="37D8AAEE" w14:textId="77777777" w:rsidR="00C96BA4" w:rsidRDefault="00000000">
      <w:r>
        <w:t>_____________________________________________________________________</w:t>
      </w:r>
    </w:p>
    <w:p w14:paraId="0E222BC7" w14:textId="77777777" w:rsidR="00C96BA4" w:rsidRDefault="00000000">
      <w:pPr>
        <w:keepNext/>
      </w:pPr>
      <w:r>
        <w:rPr>
          <w:b/>
        </w:rPr>
        <w:t>58. Premios internacionales obtenidos durante el periodo considerado</w:t>
      </w:r>
    </w:p>
    <w:p w14:paraId="4FF6376D" w14:textId="77777777" w:rsidR="00C96BA4" w:rsidRDefault="00000000">
      <w:pPr>
        <w:pStyle w:val="Descripcin"/>
      </w:pPr>
      <w:r>
        <w:t>Tipo: Registro repetible  |  Opcional</w:t>
      </w:r>
    </w:p>
    <w:p w14:paraId="33B92B0A" w14:textId="77777777" w:rsidR="00C96BA4" w:rsidRDefault="00000000">
      <w:r>
        <w:t>Opciones / estructura: Festival   ☐ Fecha de otorgamiento   ☐ Categoría   ☐ Metal/reconocimiento   ☐ Proyecto   ☐ URL de la lista oficial de ganadores</w:t>
      </w:r>
    </w:p>
    <w:p w14:paraId="61B4DB53" w14:textId="77777777" w:rsidR="00C96BA4" w:rsidRDefault="00000000">
      <w:r>
        <w:t>Respuesta: __________________________________________________________</w:t>
      </w:r>
    </w:p>
    <w:p w14:paraId="724EDDEF" w14:textId="77777777" w:rsidR="00C96BA4" w:rsidRDefault="00000000">
      <w:r>
        <w:t>_____________________________________________________________________</w:t>
      </w:r>
    </w:p>
    <w:p w14:paraId="56A51169" w14:textId="77777777" w:rsidR="00C96BA4" w:rsidRDefault="00000000">
      <w:pPr>
        <w:pStyle w:val="Ttulo1"/>
      </w:pPr>
      <w:r>
        <w:t>REPUTACIÓN E INDUSTRIA</w:t>
      </w:r>
    </w:p>
    <w:p w14:paraId="1599BF17" w14:textId="77777777" w:rsidR="00C96BA4" w:rsidRDefault="00000000">
      <w:pPr>
        <w:keepNext/>
      </w:pPr>
      <w:r>
        <w:rPr>
          <w:b/>
        </w:rPr>
        <w:t>59. ¿En qué asociaciones y organismos participa la agencia?</w:t>
      </w:r>
    </w:p>
    <w:p w14:paraId="464495F2" w14:textId="77777777" w:rsidR="00C96BA4" w:rsidRDefault="00000000">
      <w:pPr>
        <w:pStyle w:val="Descripcin"/>
      </w:pPr>
      <w:r>
        <w:t>Tipo: Selección múltiple  |  Obligatorio</w:t>
      </w:r>
    </w:p>
    <w:p w14:paraId="50392E6B" w14:textId="77777777" w:rsidR="00C96BA4" w:rsidRDefault="00000000">
      <w:r>
        <w:lastRenderedPageBreak/>
        <w:t>Opciones / estructura: AMAPRO   ☐ AVE   ☐ IAB México   ☐ Otras   ☐ Ninguna</w:t>
      </w:r>
    </w:p>
    <w:p w14:paraId="3CB69FFB" w14:textId="77777777" w:rsidR="00C96BA4" w:rsidRDefault="00000000">
      <w:r>
        <w:t>Selección / respuesta: __________________________________________________</w:t>
      </w:r>
    </w:p>
    <w:p w14:paraId="4524233F" w14:textId="77777777" w:rsidR="00C96BA4" w:rsidRDefault="00000000">
      <w:pPr>
        <w:keepNext/>
      </w:pPr>
      <w:r>
        <w:rPr>
          <w:b/>
        </w:rPr>
        <w:t>60. ¿Sus directivos o colaboradores participaron durante el periodo considerado como jurados, conferencistas o especialistas invitados?</w:t>
      </w:r>
    </w:p>
    <w:p w14:paraId="1668F12B" w14:textId="77777777" w:rsidR="00C96BA4" w:rsidRDefault="00000000">
      <w:pPr>
        <w:pStyle w:val="Descripcin"/>
      </w:pPr>
      <w:r>
        <w:t>Tipo: Sí/No  |  Obligatorio</w:t>
      </w:r>
    </w:p>
    <w:p w14:paraId="52F8CAD3" w14:textId="77777777" w:rsidR="00C96BA4" w:rsidRDefault="00000000">
      <w:r>
        <w:t>☐ Sí     ☐ No</w:t>
      </w:r>
    </w:p>
    <w:p w14:paraId="2D89D014" w14:textId="77777777" w:rsidR="00C96BA4" w:rsidRDefault="00000000">
      <w:pPr>
        <w:keepNext/>
      </w:pPr>
      <w:r>
        <w:rPr>
          <w:b/>
        </w:rPr>
        <w:t>61. ¿Cómo contribuye la agencia al desarrollo y la profesionalización de la industria?</w:t>
      </w:r>
    </w:p>
    <w:p w14:paraId="1B00576D" w14:textId="77777777" w:rsidR="00C96BA4" w:rsidRDefault="00000000">
      <w:pPr>
        <w:pStyle w:val="Descripcin"/>
      </w:pPr>
      <w:r>
        <w:t>Tipo: Texto ≤200 palabras  |  Obligatorio</w:t>
      </w:r>
    </w:p>
    <w:p w14:paraId="7726A100" w14:textId="77777777" w:rsidR="00C96BA4" w:rsidRDefault="00000000">
      <w:r>
        <w:t>Respuesta: __________________________________________________________</w:t>
      </w:r>
    </w:p>
    <w:p w14:paraId="1FFB63E1" w14:textId="77777777" w:rsidR="00C96BA4" w:rsidRDefault="00000000">
      <w:r>
        <w:t>_____________________________________________________________________</w:t>
      </w:r>
    </w:p>
    <w:p w14:paraId="0A33715A" w14:textId="77777777" w:rsidR="00C96BA4" w:rsidRDefault="00000000">
      <w:pPr>
        <w:pStyle w:val="Ttulo1"/>
      </w:pPr>
      <w:r>
        <w:t>DECLARACIÓN</w:t>
      </w:r>
    </w:p>
    <w:p w14:paraId="72904F87" w14:textId="77777777" w:rsidR="00C96BA4" w:rsidRDefault="00000000">
      <w:pPr>
        <w:keepNext/>
      </w:pPr>
      <w:r>
        <w:rPr>
          <w:b/>
        </w:rPr>
        <w:t>62. Confirmo que la información es veraz, corresponde al periodo considerado y que la agencia cumple con los requisitos de elegibilidad</w:t>
      </w:r>
    </w:p>
    <w:p w14:paraId="2547D2F9" w14:textId="77777777" w:rsidR="00C96BA4" w:rsidRDefault="00000000">
      <w:pPr>
        <w:pStyle w:val="Descripcin"/>
      </w:pPr>
      <w:r>
        <w:t>Tipo: Checkbox  |  Obligatorio</w:t>
      </w:r>
    </w:p>
    <w:p w14:paraId="4F7567B5" w14:textId="77777777" w:rsidR="00C96BA4" w:rsidRDefault="00000000">
      <w:r>
        <w:t>☐ Sí     ☐ No</w:t>
      </w:r>
    </w:p>
    <w:p w14:paraId="66186F02" w14:textId="77777777" w:rsidR="00C96BA4" w:rsidRDefault="00000000">
      <w:pPr>
        <w:keepNext/>
      </w:pPr>
      <w:r>
        <w:rPr>
          <w:b/>
        </w:rPr>
        <w:t>63. Acepto el aviso de privacidad y las bases del ranking</w:t>
      </w:r>
    </w:p>
    <w:p w14:paraId="52677AEA" w14:textId="77777777" w:rsidR="00C96BA4" w:rsidRDefault="00000000">
      <w:pPr>
        <w:pStyle w:val="Descripcin"/>
      </w:pPr>
      <w:r>
        <w:t>Tipo: Checkbox  |  Obligatorio</w:t>
      </w:r>
    </w:p>
    <w:p w14:paraId="66E33F05" w14:textId="77777777" w:rsidR="00C96BA4" w:rsidRDefault="00000000">
      <w:r>
        <w:t>☐ Sí     ☐ No</w:t>
      </w:r>
    </w:p>
    <w:p w14:paraId="36F57EC1" w14:textId="77777777" w:rsidR="00C96BA4" w:rsidRDefault="00000000">
      <w:pPr>
        <w:keepNext/>
      </w:pPr>
      <w:r>
        <w:rPr>
          <w:b/>
        </w:rPr>
        <w:t>64. ¿Autoriza la publicación de logotipo y descripción de la agencia?</w:t>
      </w:r>
    </w:p>
    <w:p w14:paraId="030C8716" w14:textId="77777777" w:rsidR="00C96BA4" w:rsidRDefault="00000000">
      <w:pPr>
        <w:pStyle w:val="Descripcin"/>
      </w:pPr>
      <w:r>
        <w:t>Tipo: Sí/No  |  Obligatorio</w:t>
      </w:r>
    </w:p>
    <w:p w14:paraId="12A709B9" w14:textId="77777777" w:rsidR="00C96BA4" w:rsidRDefault="00000000">
      <w:r>
        <w:t>Opciones / estructura: Sí   ☐ No</w:t>
      </w:r>
    </w:p>
    <w:p w14:paraId="2D2CB090" w14:textId="77777777" w:rsidR="00C96BA4" w:rsidRDefault="00000000">
      <w:r>
        <w:t>Nota: El nombre y la posición se publican por el hecho de participar (metodología, sección 10). La publicación de casos se autoriza dentro de cada caso</w:t>
      </w:r>
    </w:p>
    <w:p w14:paraId="267E5131" w14:textId="77777777" w:rsidR="00C96BA4" w:rsidRDefault="00000000">
      <w:r>
        <w:t xml:space="preserve">☐ </w:t>
      </w:r>
      <w:proofErr w:type="spellStart"/>
      <w:r>
        <w:t>Sí</w:t>
      </w:r>
      <w:proofErr w:type="spellEnd"/>
      <w:r>
        <w:t xml:space="preserve">     ☐ No</w:t>
      </w:r>
    </w:p>
    <w:p w14:paraId="4AE01339" w14:textId="77777777" w:rsidR="00F961FD" w:rsidRDefault="00F961FD"/>
    <w:p w14:paraId="039E0C92" w14:textId="77777777" w:rsidR="00F961FD" w:rsidRDefault="00F961FD"/>
    <w:p w14:paraId="065DC161" w14:textId="114E4AF3" w:rsidR="00F961FD" w:rsidRDefault="00F961FD">
      <w:r>
        <w:t xml:space="preserve">Envía </w:t>
      </w:r>
      <w:proofErr w:type="spellStart"/>
      <w:r>
        <w:t>tus</w:t>
      </w:r>
      <w:proofErr w:type="spellEnd"/>
      <w:r>
        <w:t xml:space="preserve"> </w:t>
      </w:r>
      <w:proofErr w:type="spellStart"/>
      <w:r>
        <w:t>respuestas</w:t>
      </w:r>
      <w:proofErr w:type="spellEnd"/>
      <w:r>
        <w:t xml:space="preserve"> a </w:t>
      </w:r>
      <w:r w:rsidRPr="00F961FD">
        <w:rPr>
          <w:b/>
          <w:bCs/>
        </w:rPr>
        <w:t>roastbriefagencyindex@roastbrief.com.mx</w:t>
      </w:r>
    </w:p>
    <w:sectPr w:rsidR="00F961FD" w:rsidSect="00034616">
      <w:footerReference w:type="default" r:id="rId9"/>
      <w:pgSz w:w="12240" w:h="15840"/>
      <w:pgMar w:top="1037" w:right="1800" w:bottom="936" w:left="180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4B26D" w14:textId="77777777" w:rsidR="00943966" w:rsidRDefault="00943966">
      <w:pPr>
        <w:spacing w:after="0" w:line="240" w:lineRule="auto"/>
      </w:pPr>
      <w:r>
        <w:separator/>
      </w:r>
    </w:p>
  </w:endnote>
  <w:endnote w:type="continuationSeparator" w:id="0">
    <w:p w14:paraId="4814CBBD" w14:textId="77777777" w:rsidR="00943966" w:rsidRDefault="00943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9F23" w14:textId="77777777" w:rsidR="00C96BA4" w:rsidRDefault="00000000">
    <w:pPr>
      <w:pStyle w:val="Piedepgina"/>
      <w:jc w:val="center"/>
    </w:pPr>
    <w:proofErr w:type="gramStart"/>
    <w:r>
      <w:t>ROASTBRIEF  ·</w:t>
    </w:r>
    <w:proofErr w:type="gramEnd"/>
    <w:r>
      <w:t xml:space="preserve">  AGENCY INDEX </w:t>
    </w:r>
    <w:proofErr w:type="gramStart"/>
    <w:r>
      <w:t>2026  ·</w:t>
    </w:r>
    <w:proofErr w:type="gramEnd"/>
    <w:r>
      <w:t xml:space="preserve">  DOCUMENTO DE TRABAJO INTERNO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86D35" w14:textId="77777777" w:rsidR="00943966" w:rsidRDefault="00943966">
      <w:pPr>
        <w:spacing w:after="0" w:line="240" w:lineRule="auto"/>
      </w:pPr>
      <w:r>
        <w:separator/>
      </w:r>
    </w:p>
  </w:footnote>
  <w:footnote w:type="continuationSeparator" w:id="0">
    <w:p w14:paraId="197CE5B5" w14:textId="77777777" w:rsidR="00943966" w:rsidRDefault="009439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44015310">
    <w:abstractNumId w:val="8"/>
  </w:num>
  <w:num w:numId="2" w16cid:durableId="388462425">
    <w:abstractNumId w:val="6"/>
  </w:num>
  <w:num w:numId="3" w16cid:durableId="1104763031">
    <w:abstractNumId w:val="5"/>
  </w:num>
  <w:num w:numId="4" w16cid:durableId="524901503">
    <w:abstractNumId w:val="4"/>
  </w:num>
  <w:num w:numId="5" w16cid:durableId="2129857948">
    <w:abstractNumId w:val="7"/>
  </w:num>
  <w:num w:numId="6" w16cid:durableId="1051617728">
    <w:abstractNumId w:val="3"/>
  </w:num>
  <w:num w:numId="7" w16cid:durableId="278028602">
    <w:abstractNumId w:val="2"/>
  </w:num>
  <w:num w:numId="8" w16cid:durableId="299193907">
    <w:abstractNumId w:val="1"/>
  </w:num>
  <w:num w:numId="9" w16cid:durableId="1328241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5E5"/>
    <w:rsid w:val="00034616"/>
    <w:rsid w:val="0006063C"/>
    <w:rsid w:val="0015074B"/>
    <w:rsid w:val="0029639D"/>
    <w:rsid w:val="00326F90"/>
    <w:rsid w:val="00943966"/>
    <w:rsid w:val="00AA1D8D"/>
    <w:rsid w:val="00B47730"/>
    <w:rsid w:val="00C96BA4"/>
    <w:rsid w:val="00CB0664"/>
    <w:rsid w:val="00F961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FC4D2E"/>
  <w14:defaultImageDpi w14:val="300"/>
  <w15:docId w15:val="{025BDD14-28C5-4BF7-A43D-C2A34031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0C7D"/>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360C7D"/>
      <w:sz w:val="22"/>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360C7D"/>
      <w:spacing w:val="5"/>
      <w:kern w:val="28"/>
      <w:sz w:val="4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3641</Words>
  <Characters>20031</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Roastbrief</cp:lastModifiedBy>
  <cp:revision>2</cp:revision>
  <cp:lastPrinted>2026-10-19T17:48:00Z</cp:lastPrinted>
  <dcterms:created xsi:type="dcterms:W3CDTF">2013-12-23T23:15:00Z</dcterms:created>
  <dcterms:modified xsi:type="dcterms:W3CDTF">2026-10-19T17:49:00Z</dcterms:modified>
  <cp:category/>
</cp:coreProperties>
</file>